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9F8C3" w14:textId="77777777" w:rsidR="002851F2" w:rsidRPr="009F7FAE" w:rsidRDefault="00E668DA">
      <w:pPr>
        <w:pStyle w:val="Title"/>
        <w:rPr>
          <w:b w:val="0"/>
          <w:bCs/>
          <w:color w:val="01256C" w:themeColor="accent1"/>
        </w:rPr>
      </w:pPr>
      <w:r w:rsidRPr="009F7FAE">
        <w:rPr>
          <w:b w:val="0"/>
          <w:bCs/>
          <w:color w:val="01256C" w:themeColor="accent1"/>
        </w:rPr>
        <w:t>B2B Explainer Video</w:t>
      </w:r>
      <w:r w:rsidRPr="009F7FAE">
        <w:rPr>
          <w:b w:val="0"/>
          <w:bCs/>
          <w:color w:val="01256C" w:themeColor="accent1"/>
        </w:rPr>
        <w:br/>
        <w:t>Budget &amp; Scope Worksheet</w:t>
      </w:r>
    </w:p>
    <w:p w14:paraId="676916BF" w14:textId="77777777" w:rsidR="002851F2" w:rsidRPr="00491CDA" w:rsidRDefault="00E668DA">
      <w:pPr>
        <w:rPr>
          <w:rFonts w:asciiTheme="minorHAnsi" w:hAnsiTheme="minorHAnsi"/>
          <w:color w:val="2F3033" w:themeColor="text1"/>
        </w:rPr>
      </w:pPr>
      <w:r w:rsidRPr="00491CDA">
        <w:rPr>
          <w:rFonts w:asciiTheme="minorHAnsi" w:hAnsiTheme="minorHAnsi"/>
          <w:color w:val="2F3033" w:themeColor="text1"/>
        </w:rPr>
        <w:t>Editable project brief • Existing-materials assessment • Quote comparison</w:t>
      </w:r>
    </w:p>
    <w:p w14:paraId="459A8949" w14:textId="77777777" w:rsidR="002851F2" w:rsidRPr="00491CDA" w:rsidRDefault="00E668DA">
      <w:pPr>
        <w:rPr>
          <w:rFonts w:asciiTheme="minorHAnsi" w:hAnsiTheme="minorHAnsi"/>
          <w:color w:val="2F3033" w:themeColor="text1"/>
        </w:rPr>
      </w:pPr>
      <w:r w:rsidRPr="00491CDA">
        <w:rPr>
          <w:rFonts w:asciiTheme="minorHAnsi" w:hAnsiTheme="minorHAnsi"/>
          <w:color w:val="2F3033" w:themeColor="text1"/>
        </w:rPr>
        <w:t>Use this worksheet before requesting video-production quotations. Fill in what you know, leave uncertain fields blank, and send the same brief to each potential partner. No pricing assumptions are prefilled.</w:t>
      </w:r>
    </w:p>
    <w:p w14:paraId="54917E93" w14:textId="77777777" w:rsidR="002851F2" w:rsidRPr="00E43F79" w:rsidRDefault="00E668DA">
      <w:pPr>
        <w:pStyle w:val="Heading1"/>
        <w:rPr>
          <w:b w:val="0"/>
          <w:bCs w:val="0"/>
          <w:color w:val="024AD8" w:themeColor="text2"/>
        </w:rPr>
      </w:pPr>
      <w:proofErr w:type="gramStart"/>
      <w:r w:rsidRPr="00E43F79">
        <w:rPr>
          <w:b w:val="0"/>
          <w:bCs w:val="0"/>
          <w:color w:val="024AD8" w:themeColor="text2"/>
        </w:rPr>
        <w:t>01  Project</w:t>
      </w:r>
      <w:proofErr w:type="gramEnd"/>
      <w:r w:rsidRPr="00E43F79">
        <w:rPr>
          <w:b w:val="0"/>
          <w:bCs w:val="0"/>
          <w:color w:val="024AD8" w:themeColor="text2"/>
        </w:rPr>
        <w:t xml:space="preserve"> brief</w:t>
      </w:r>
    </w:p>
    <w:p w14:paraId="6CB1AB0F" w14:textId="52530327" w:rsidR="002851F2" w:rsidRPr="00491CDA" w:rsidRDefault="00BE011A">
      <w:pPr>
        <w:rPr>
          <w:rFonts w:asciiTheme="minorHAnsi" w:hAnsiTheme="minorHAnsi"/>
          <w:color w:val="2F3033" w:themeColor="text1"/>
        </w:rPr>
      </w:pPr>
      <w:r w:rsidRPr="00491CDA">
        <w:rPr>
          <w:rFonts w:asciiTheme="minorHAnsi" w:hAnsiTheme="minorHAnsi"/>
          <w:color w:val="2F3033" w:themeColor="text1"/>
        </w:rPr>
        <w:t>Company/project</w:t>
      </w:r>
      <w:r w:rsidR="00E668DA" w:rsidRPr="00491CDA">
        <w:rPr>
          <w:rFonts w:asciiTheme="minorHAnsi" w:hAnsiTheme="minorHAnsi"/>
          <w:color w:val="2F3033" w:themeColor="text1"/>
        </w:rPr>
        <w:t xml:space="preserve">:  </w:t>
      </w:r>
    </w:p>
    <w:p w14:paraId="76FC6099" w14:textId="55ACBE24" w:rsidR="002851F2" w:rsidRPr="00491CDA" w:rsidRDefault="00E668DA">
      <w:pPr>
        <w:rPr>
          <w:rFonts w:asciiTheme="minorHAnsi" w:hAnsiTheme="minorHAnsi"/>
          <w:color w:val="2F3033" w:themeColor="text1"/>
        </w:rPr>
      </w:pPr>
      <w:r w:rsidRPr="00491CDA">
        <w:rPr>
          <w:rFonts w:asciiTheme="minorHAnsi" w:hAnsiTheme="minorHAnsi"/>
          <w:color w:val="2F3033" w:themeColor="text1"/>
        </w:rPr>
        <w:t xml:space="preserve">Project owner:  </w:t>
      </w:r>
    </w:p>
    <w:p w14:paraId="4B12BB0D" w14:textId="5F075626" w:rsidR="002851F2" w:rsidRPr="00491CDA" w:rsidRDefault="00E668DA">
      <w:pPr>
        <w:rPr>
          <w:rFonts w:asciiTheme="minorHAnsi" w:hAnsiTheme="minorHAnsi"/>
          <w:color w:val="2F3033" w:themeColor="text1"/>
        </w:rPr>
      </w:pPr>
      <w:r w:rsidRPr="00491CDA">
        <w:rPr>
          <w:rFonts w:asciiTheme="minorHAnsi" w:hAnsiTheme="minorHAnsi"/>
          <w:color w:val="2F3033" w:themeColor="text1"/>
        </w:rPr>
        <w:t xml:space="preserve">Date:  </w:t>
      </w:r>
    </w:p>
    <w:p w14:paraId="289ECA19" w14:textId="3780DF4C" w:rsidR="002851F2" w:rsidRPr="00491CDA" w:rsidRDefault="00E668DA">
      <w:pPr>
        <w:rPr>
          <w:rFonts w:asciiTheme="minorHAnsi" w:hAnsiTheme="minorHAnsi"/>
          <w:color w:val="2F3033" w:themeColor="text1"/>
        </w:rPr>
      </w:pPr>
      <w:r w:rsidRPr="00491CDA">
        <w:rPr>
          <w:rFonts w:asciiTheme="minorHAnsi" w:hAnsiTheme="minorHAnsi"/>
          <w:color w:val="2F3033" w:themeColor="text1"/>
        </w:rPr>
        <w:t xml:space="preserve">Primary audience:  </w:t>
      </w:r>
    </w:p>
    <w:p w14:paraId="6EBBFBE5" w14:textId="66034B3C" w:rsidR="002851F2" w:rsidRPr="00491CDA" w:rsidRDefault="00E668DA">
      <w:pPr>
        <w:rPr>
          <w:rFonts w:asciiTheme="minorHAnsi" w:hAnsiTheme="minorHAnsi"/>
          <w:color w:val="2F3033" w:themeColor="text1"/>
        </w:rPr>
      </w:pPr>
      <w:r w:rsidRPr="00491CDA">
        <w:rPr>
          <w:rFonts w:asciiTheme="minorHAnsi" w:hAnsiTheme="minorHAnsi"/>
          <w:color w:val="2F3033" w:themeColor="text1"/>
        </w:rPr>
        <w:t xml:space="preserve">Where the video will be used:  </w:t>
      </w:r>
    </w:p>
    <w:p w14:paraId="3CBB5FBA" w14:textId="77777777" w:rsidR="002851F2" w:rsidRPr="00491CDA" w:rsidRDefault="00E668DA">
      <w:pPr>
        <w:rPr>
          <w:rFonts w:asciiTheme="minorHAnsi" w:hAnsiTheme="minorHAnsi"/>
          <w:color w:val="2F3033" w:themeColor="text1"/>
        </w:rPr>
      </w:pPr>
      <w:r w:rsidRPr="00491CDA">
        <w:rPr>
          <w:rFonts w:asciiTheme="minorHAnsi" w:hAnsiTheme="minorHAnsi"/>
          <w:color w:val="2F3033" w:themeColor="text1"/>
        </w:rPr>
        <w:t>What should the viewer understand after watching?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74"/>
        <w:gridCol w:w="4874"/>
      </w:tblGrid>
      <w:tr w:rsidR="002851F2" w:rsidRPr="00491CDA" w14:paraId="61B27735" w14:textId="77777777" w:rsidTr="00BE011A">
        <w:trPr>
          <w:jc w:val="center"/>
        </w:trPr>
        <w:tc>
          <w:tcPr>
            <w:tcW w:w="4874" w:type="dxa"/>
            <w:shd w:val="clear" w:color="auto" w:fill="C4D8FE" w:themeFill="text2" w:themeFillTint="33"/>
          </w:tcPr>
          <w:p w14:paraId="7B542CD2" w14:textId="77777777" w:rsidR="002851F2" w:rsidRPr="00491CDA" w:rsidRDefault="00E668DA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 w:rsidRPr="00491CDA">
              <w:rPr>
                <w:rFonts w:asciiTheme="minorHAnsi" w:hAnsiTheme="minorHAnsi"/>
                <w:b/>
                <w:color w:val="2F3033" w:themeColor="text1"/>
              </w:rPr>
              <w:t>Main message</w:t>
            </w:r>
          </w:p>
        </w:tc>
        <w:tc>
          <w:tcPr>
            <w:tcW w:w="4874" w:type="dxa"/>
            <w:shd w:val="clear" w:color="auto" w:fill="C4D8FE" w:themeFill="text2" w:themeFillTint="33"/>
          </w:tcPr>
          <w:p w14:paraId="674874B7" w14:textId="4785DEE4" w:rsidR="002851F2" w:rsidRPr="00491CDA" w:rsidRDefault="00E668DA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 w:rsidRPr="00491CDA">
              <w:rPr>
                <w:rFonts w:asciiTheme="minorHAnsi" w:hAnsiTheme="minorHAnsi"/>
                <w:b/>
                <w:color w:val="2F3033" w:themeColor="text1"/>
              </w:rPr>
              <w:t xml:space="preserve">Supporting </w:t>
            </w:r>
            <w:r w:rsidR="00B25AB3">
              <w:rPr>
                <w:rFonts w:asciiTheme="minorHAnsi" w:hAnsiTheme="minorHAnsi"/>
                <w:b/>
                <w:color w:val="2F3033" w:themeColor="text1"/>
              </w:rPr>
              <w:t>information/restrictions</w:t>
            </w:r>
          </w:p>
        </w:tc>
      </w:tr>
      <w:tr w:rsidR="002851F2" w:rsidRPr="00491CDA" w14:paraId="52954214" w14:textId="77777777">
        <w:trPr>
          <w:jc w:val="center"/>
        </w:trPr>
        <w:tc>
          <w:tcPr>
            <w:tcW w:w="4874" w:type="dxa"/>
            <w:vAlign w:val="center"/>
          </w:tcPr>
          <w:p w14:paraId="16940738" w14:textId="77777777" w:rsidR="002851F2" w:rsidRPr="00491CDA" w:rsidRDefault="00E668DA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 w:rsidRPr="00491CDA">
              <w:rPr>
                <w:rFonts w:asciiTheme="minorHAnsi" w:hAnsiTheme="minorHAnsi"/>
                <w:color w:val="2F3033" w:themeColor="text1"/>
              </w:rPr>
              <w:br/>
            </w:r>
            <w:r w:rsidRPr="00491CDA">
              <w:rPr>
                <w:rFonts w:asciiTheme="minorHAnsi" w:hAnsiTheme="minorHAnsi"/>
                <w:color w:val="2F3033" w:themeColor="text1"/>
              </w:rPr>
              <w:br/>
            </w:r>
          </w:p>
        </w:tc>
        <w:tc>
          <w:tcPr>
            <w:tcW w:w="4874" w:type="dxa"/>
            <w:vAlign w:val="center"/>
          </w:tcPr>
          <w:p w14:paraId="47E5B673" w14:textId="77777777" w:rsidR="002851F2" w:rsidRPr="00491CDA" w:rsidRDefault="00E668DA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 w:rsidRPr="00491CDA">
              <w:rPr>
                <w:rFonts w:asciiTheme="minorHAnsi" w:hAnsiTheme="minorHAnsi"/>
                <w:color w:val="2F3033" w:themeColor="text1"/>
              </w:rPr>
              <w:br/>
            </w:r>
            <w:r w:rsidRPr="00491CDA">
              <w:rPr>
                <w:rFonts w:asciiTheme="minorHAnsi" w:hAnsiTheme="minorHAnsi"/>
                <w:color w:val="2F3033" w:themeColor="text1"/>
              </w:rPr>
              <w:br/>
            </w:r>
          </w:p>
        </w:tc>
      </w:tr>
      <w:tr w:rsidR="002851F2" w:rsidRPr="00491CDA" w14:paraId="732D24D1" w14:textId="77777777">
        <w:trPr>
          <w:jc w:val="center"/>
        </w:trPr>
        <w:tc>
          <w:tcPr>
            <w:tcW w:w="4874" w:type="dxa"/>
            <w:vAlign w:val="center"/>
          </w:tcPr>
          <w:p w14:paraId="4314CD1C" w14:textId="77777777" w:rsidR="002851F2" w:rsidRPr="00491CDA" w:rsidRDefault="00E668DA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 w:rsidRPr="00491CDA">
              <w:rPr>
                <w:rFonts w:asciiTheme="minorHAnsi" w:hAnsiTheme="minorHAnsi"/>
                <w:color w:val="2F3033" w:themeColor="text1"/>
              </w:rPr>
              <w:br/>
            </w:r>
            <w:r w:rsidRPr="00491CDA">
              <w:rPr>
                <w:rFonts w:asciiTheme="minorHAnsi" w:hAnsiTheme="minorHAnsi"/>
                <w:color w:val="2F3033" w:themeColor="text1"/>
              </w:rPr>
              <w:br/>
            </w:r>
          </w:p>
        </w:tc>
        <w:tc>
          <w:tcPr>
            <w:tcW w:w="4874" w:type="dxa"/>
            <w:vAlign w:val="center"/>
          </w:tcPr>
          <w:p w14:paraId="100D8ED4" w14:textId="77777777" w:rsidR="002851F2" w:rsidRPr="00491CDA" w:rsidRDefault="00E668DA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 w:rsidRPr="00491CDA">
              <w:rPr>
                <w:rFonts w:asciiTheme="minorHAnsi" w:hAnsiTheme="minorHAnsi"/>
                <w:color w:val="2F3033" w:themeColor="text1"/>
              </w:rPr>
              <w:br/>
            </w:r>
            <w:r w:rsidRPr="00491CDA">
              <w:rPr>
                <w:rFonts w:asciiTheme="minorHAnsi" w:hAnsiTheme="minorHAnsi"/>
                <w:color w:val="2F3033" w:themeColor="text1"/>
              </w:rPr>
              <w:br/>
            </w:r>
          </w:p>
        </w:tc>
      </w:tr>
    </w:tbl>
    <w:p w14:paraId="4A1C9011" w14:textId="77777777" w:rsidR="00BE011A" w:rsidRPr="00491CDA" w:rsidRDefault="00BE011A">
      <w:pPr>
        <w:rPr>
          <w:rFonts w:asciiTheme="minorHAnsi" w:hAnsiTheme="minorHAnsi"/>
          <w:color w:val="2F3033" w:themeColor="text1"/>
        </w:rPr>
      </w:pPr>
    </w:p>
    <w:p w14:paraId="25EA62E8" w14:textId="261D38E6" w:rsidR="002851F2" w:rsidRPr="00491CDA" w:rsidRDefault="00E668DA">
      <w:pPr>
        <w:rPr>
          <w:rFonts w:asciiTheme="minorHAnsi" w:hAnsiTheme="minorHAnsi"/>
          <w:color w:val="2F3033" w:themeColor="text1"/>
        </w:rPr>
      </w:pPr>
      <w:r w:rsidRPr="00491CDA">
        <w:rPr>
          <w:rFonts w:asciiTheme="minorHAnsi" w:hAnsiTheme="minorHAnsi"/>
          <w:color w:val="2F3033" w:themeColor="text1"/>
        </w:rPr>
        <w:t xml:space="preserve">Target duration (if known): </w:t>
      </w:r>
    </w:p>
    <w:p w14:paraId="2BE13739" w14:textId="1D70E39E" w:rsidR="002851F2" w:rsidRPr="00491CDA" w:rsidRDefault="00E668DA">
      <w:pPr>
        <w:rPr>
          <w:rFonts w:asciiTheme="minorHAnsi" w:hAnsiTheme="minorHAnsi"/>
          <w:color w:val="2F3033" w:themeColor="text1"/>
        </w:rPr>
      </w:pPr>
      <w:r w:rsidRPr="00491CDA">
        <w:rPr>
          <w:rFonts w:asciiTheme="minorHAnsi" w:hAnsiTheme="minorHAnsi"/>
          <w:color w:val="2F3033" w:themeColor="text1"/>
        </w:rPr>
        <w:t xml:space="preserve">Required delivery date: </w:t>
      </w:r>
    </w:p>
    <w:p w14:paraId="7A10507B" w14:textId="77777777" w:rsidR="002851F2" w:rsidRPr="00491CDA" w:rsidRDefault="00E668DA">
      <w:pPr>
        <w:rPr>
          <w:rFonts w:asciiTheme="minorHAnsi" w:hAnsiTheme="minorHAnsi"/>
          <w:color w:val="2F3033" w:themeColor="text1"/>
        </w:rPr>
      </w:pPr>
      <w:r w:rsidRPr="00491CDA">
        <w:rPr>
          <w:rFonts w:asciiTheme="minorHAnsi" w:hAnsiTheme="minorHAnsi"/>
          <w:color w:val="2F3033" w:themeColor="text1"/>
        </w:rPr>
        <w:t>Project requirements and constraints (accessibility, compliance, languages, formats):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749"/>
      </w:tblGrid>
      <w:tr w:rsidR="002851F2" w:rsidRPr="00491CDA" w14:paraId="3364C9D9" w14:textId="77777777" w:rsidTr="00BE011A">
        <w:trPr>
          <w:jc w:val="center"/>
        </w:trPr>
        <w:tc>
          <w:tcPr>
            <w:tcW w:w="9749" w:type="dxa"/>
            <w:shd w:val="clear" w:color="auto" w:fill="C4D8FE" w:themeFill="text2" w:themeFillTint="33"/>
          </w:tcPr>
          <w:p w14:paraId="5EEC8986" w14:textId="77777777" w:rsidR="002851F2" w:rsidRPr="00491CDA" w:rsidRDefault="00E668DA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 w:rsidRPr="00491CDA">
              <w:rPr>
                <w:rFonts w:asciiTheme="minorHAnsi" w:hAnsiTheme="minorHAnsi"/>
                <w:b/>
                <w:color w:val="2F3033" w:themeColor="text1"/>
              </w:rPr>
              <w:t>Notes</w:t>
            </w:r>
          </w:p>
        </w:tc>
      </w:tr>
      <w:tr w:rsidR="002851F2" w:rsidRPr="00491CDA" w14:paraId="6FA0F4B7" w14:textId="77777777">
        <w:trPr>
          <w:jc w:val="center"/>
        </w:trPr>
        <w:tc>
          <w:tcPr>
            <w:tcW w:w="9749" w:type="dxa"/>
            <w:vAlign w:val="center"/>
          </w:tcPr>
          <w:p w14:paraId="3CA06073" w14:textId="77777777" w:rsidR="002851F2" w:rsidRPr="00491CDA" w:rsidRDefault="00E668DA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 w:rsidRPr="00491CDA">
              <w:rPr>
                <w:rFonts w:asciiTheme="minorHAnsi" w:hAnsiTheme="minorHAnsi"/>
                <w:color w:val="2F3033" w:themeColor="text1"/>
              </w:rPr>
              <w:br/>
            </w:r>
            <w:r w:rsidRPr="00491CDA">
              <w:rPr>
                <w:rFonts w:asciiTheme="minorHAnsi" w:hAnsiTheme="minorHAnsi"/>
                <w:color w:val="2F3033" w:themeColor="text1"/>
              </w:rPr>
              <w:br/>
            </w:r>
            <w:r w:rsidRPr="00491CDA">
              <w:rPr>
                <w:rFonts w:asciiTheme="minorHAnsi" w:hAnsiTheme="minorHAnsi"/>
                <w:color w:val="2F3033" w:themeColor="text1"/>
              </w:rPr>
              <w:br/>
            </w:r>
          </w:p>
        </w:tc>
      </w:tr>
    </w:tbl>
    <w:p w14:paraId="0CD901A0" w14:textId="77777777" w:rsidR="002851F2" w:rsidRPr="00491CDA" w:rsidRDefault="00E668DA">
      <w:pPr>
        <w:rPr>
          <w:rFonts w:asciiTheme="minorHAnsi" w:hAnsiTheme="minorHAnsi"/>
          <w:color w:val="2F3033" w:themeColor="text1"/>
        </w:rPr>
      </w:pPr>
      <w:r w:rsidRPr="00491CDA">
        <w:rPr>
          <w:rFonts w:asciiTheme="minorHAnsi" w:hAnsiTheme="minorHAnsi"/>
          <w:color w:val="2F3033" w:themeColor="text1"/>
        </w:rPr>
        <w:br w:type="page"/>
      </w:r>
    </w:p>
    <w:p w14:paraId="7C201563" w14:textId="77777777" w:rsidR="002851F2" w:rsidRPr="00E43F79" w:rsidRDefault="00E668DA">
      <w:pPr>
        <w:pStyle w:val="Heading1"/>
        <w:rPr>
          <w:b w:val="0"/>
          <w:bCs w:val="0"/>
          <w:color w:val="024AD8" w:themeColor="text2"/>
        </w:rPr>
      </w:pPr>
      <w:proofErr w:type="gramStart"/>
      <w:r w:rsidRPr="00E43F79">
        <w:rPr>
          <w:b w:val="0"/>
          <w:bCs w:val="0"/>
          <w:color w:val="024AD8" w:themeColor="text2"/>
        </w:rPr>
        <w:lastRenderedPageBreak/>
        <w:t>0</w:t>
      </w:r>
      <w:r w:rsidRPr="00E43F79">
        <w:rPr>
          <w:b w:val="0"/>
          <w:bCs w:val="0"/>
          <w:color w:val="024AD8" w:themeColor="text2"/>
        </w:rPr>
        <w:t>2</w:t>
      </w:r>
      <w:r w:rsidRPr="00E43F79">
        <w:rPr>
          <w:b w:val="0"/>
          <w:bCs w:val="0"/>
          <w:color w:val="024AD8" w:themeColor="text2"/>
        </w:rPr>
        <w:t xml:space="preserve">  What</w:t>
      </w:r>
      <w:proofErr w:type="gramEnd"/>
      <w:r w:rsidRPr="00E43F79">
        <w:rPr>
          <w:b w:val="0"/>
          <w:bCs w:val="0"/>
          <w:color w:val="024AD8" w:themeColor="text2"/>
        </w:rPr>
        <w:t xml:space="preserve"> do you already have?</w:t>
      </w:r>
    </w:p>
    <w:p w14:paraId="75E174FE" w14:textId="77777777" w:rsidR="002851F2" w:rsidRPr="00491CDA" w:rsidRDefault="00E668DA">
      <w:pPr>
        <w:rPr>
          <w:rFonts w:asciiTheme="minorHAnsi" w:hAnsiTheme="minorHAnsi"/>
          <w:color w:val="2F3033" w:themeColor="text1"/>
        </w:rPr>
      </w:pPr>
      <w:r w:rsidRPr="00491CDA">
        <w:rPr>
          <w:rFonts w:asciiTheme="minorHAnsi" w:hAnsiTheme="minorHAnsi"/>
          <w:color w:val="2F3033" w:themeColor="text1"/>
        </w:rPr>
        <w:t xml:space="preserve">Mark the </w:t>
      </w:r>
      <w:proofErr w:type="gramStart"/>
      <w:r w:rsidRPr="00491CDA">
        <w:rPr>
          <w:rFonts w:asciiTheme="minorHAnsi" w:hAnsiTheme="minorHAnsi"/>
          <w:color w:val="2F3033" w:themeColor="text1"/>
        </w:rPr>
        <w:t>current status</w:t>
      </w:r>
      <w:proofErr w:type="gramEnd"/>
      <w:r w:rsidRPr="00491CDA">
        <w:rPr>
          <w:rFonts w:asciiTheme="minorHAnsi" w:hAnsiTheme="minorHAnsi"/>
          <w:color w:val="2F3033" w:themeColor="text1"/>
        </w:rPr>
        <w:t xml:space="preserve"> honestly. “Approved” means decision-makers have signed off and the material can be used for production.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50"/>
        <w:gridCol w:w="3250"/>
        <w:gridCol w:w="3250"/>
      </w:tblGrid>
      <w:tr w:rsidR="002851F2" w:rsidRPr="00491CDA" w14:paraId="4BDF8A66" w14:textId="77777777" w:rsidTr="00F35223">
        <w:trPr>
          <w:jc w:val="center"/>
        </w:trPr>
        <w:tc>
          <w:tcPr>
            <w:tcW w:w="3250" w:type="dxa"/>
            <w:shd w:val="clear" w:color="auto" w:fill="C4D8FE" w:themeFill="text2" w:themeFillTint="33"/>
          </w:tcPr>
          <w:p w14:paraId="65522231" w14:textId="77777777" w:rsidR="002851F2" w:rsidRPr="00491CDA" w:rsidRDefault="00E668DA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 w:rsidRPr="00491CDA">
              <w:rPr>
                <w:rFonts w:asciiTheme="minorHAnsi" w:hAnsiTheme="minorHAnsi"/>
                <w:b/>
                <w:color w:val="2F3033" w:themeColor="text1"/>
              </w:rPr>
              <w:t>Material</w:t>
            </w:r>
          </w:p>
        </w:tc>
        <w:tc>
          <w:tcPr>
            <w:tcW w:w="3250" w:type="dxa"/>
            <w:shd w:val="clear" w:color="auto" w:fill="C4D8FE" w:themeFill="text2" w:themeFillTint="33"/>
          </w:tcPr>
          <w:p w14:paraId="1AF69DA0" w14:textId="687A5645" w:rsidR="002851F2" w:rsidRPr="00491CDA" w:rsidRDefault="00B25AB3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>
              <w:rPr>
                <w:rFonts w:asciiTheme="minorHAnsi" w:hAnsiTheme="minorHAnsi"/>
                <w:b/>
                <w:color w:val="2F3033" w:themeColor="text1"/>
              </w:rPr>
              <w:t>Status/link</w:t>
            </w:r>
            <w:r w:rsidR="00E668DA" w:rsidRPr="00491CDA">
              <w:rPr>
                <w:rFonts w:asciiTheme="minorHAnsi" w:hAnsiTheme="minorHAnsi"/>
                <w:b/>
                <w:color w:val="2F3033" w:themeColor="text1"/>
              </w:rPr>
              <w:t xml:space="preserve"> or file location</w:t>
            </w:r>
          </w:p>
        </w:tc>
        <w:tc>
          <w:tcPr>
            <w:tcW w:w="3250" w:type="dxa"/>
            <w:shd w:val="clear" w:color="auto" w:fill="C4D8FE" w:themeFill="text2" w:themeFillTint="33"/>
          </w:tcPr>
          <w:p w14:paraId="0209C537" w14:textId="470D0600" w:rsidR="002851F2" w:rsidRPr="00491CDA" w:rsidRDefault="00B25AB3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>
              <w:rPr>
                <w:rFonts w:asciiTheme="minorHAnsi" w:hAnsiTheme="minorHAnsi"/>
                <w:b/>
                <w:color w:val="2F3033" w:themeColor="text1"/>
              </w:rPr>
              <w:t>Owner/notes</w:t>
            </w:r>
          </w:p>
        </w:tc>
      </w:tr>
      <w:tr w:rsidR="002851F2" w:rsidRPr="00491CDA" w14:paraId="7D750CC3" w14:textId="77777777">
        <w:trPr>
          <w:jc w:val="center"/>
        </w:trPr>
        <w:tc>
          <w:tcPr>
            <w:tcW w:w="3250" w:type="dxa"/>
            <w:vAlign w:val="center"/>
          </w:tcPr>
          <w:p w14:paraId="59CD4678" w14:textId="77777777" w:rsidR="002851F2" w:rsidRPr="00491CDA" w:rsidRDefault="00E668DA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 w:rsidRPr="00491CDA">
              <w:rPr>
                <w:rFonts w:asciiTheme="minorHAnsi" w:hAnsiTheme="minorHAnsi"/>
                <w:color w:val="2F3033" w:themeColor="text1"/>
              </w:rPr>
              <w:t>Script</w:t>
            </w:r>
          </w:p>
        </w:tc>
        <w:tc>
          <w:tcPr>
            <w:tcW w:w="3250" w:type="dxa"/>
            <w:vAlign w:val="center"/>
          </w:tcPr>
          <w:p w14:paraId="33154B27" w14:textId="77777777" w:rsidR="002851F2" w:rsidRPr="00491CDA" w:rsidRDefault="00E668DA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 w:rsidRPr="00491CDA">
              <w:rPr>
                <w:rFonts w:ascii="Segoe UI Symbol" w:hAnsi="Segoe UI Symbol" w:cs="Segoe UI Symbol"/>
                <w:color w:val="2F3033" w:themeColor="text1"/>
              </w:rPr>
              <w:t>☐</w:t>
            </w:r>
            <w:r w:rsidRPr="00491CDA">
              <w:rPr>
                <w:rFonts w:asciiTheme="minorHAnsi" w:hAnsiTheme="minorHAnsi"/>
                <w:color w:val="2F3033" w:themeColor="text1"/>
              </w:rPr>
              <w:t xml:space="preserve"> Not started   </w:t>
            </w:r>
            <w:r w:rsidRPr="00491CDA">
              <w:rPr>
                <w:rFonts w:ascii="Segoe UI Symbol" w:hAnsi="Segoe UI Symbol" w:cs="Segoe UI Symbol"/>
                <w:color w:val="2F3033" w:themeColor="text1"/>
              </w:rPr>
              <w:t>☐</w:t>
            </w:r>
            <w:r w:rsidRPr="00491CDA">
              <w:rPr>
                <w:rFonts w:asciiTheme="minorHAnsi" w:hAnsiTheme="minorHAnsi"/>
                <w:color w:val="2F3033" w:themeColor="text1"/>
              </w:rPr>
              <w:t xml:space="preserve"> Draft   </w:t>
            </w:r>
            <w:r w:rsidRPr="00491CDA">
              <w:rPr>
                <w:rFonts w:ascii="Segoe UI Symbol" w:hAnsi="Segoe UI Symbol" w:cs="Segoe UI Symbol"/>
                <w:color w:val="2F3033" w:themeColor="text1"/>
              </w:rPr>
              <w:t>☐</w:t>
            </w:r>
            <w:r w:rsidRPr="00491CDA">
              <w:rPr>
                <w:rFonts w:asciiTheme="minorHAnsi" w:hAnsiTheme="minorHAnsi"/>
                <w:color w:val="2F3033" w:themeColor="text1"/>
              </w:rPr>
              <w:t xml:space="preserve"> Approved</w:t>
            </w:r>
          </w:p>
        </w:tc>
        <w:tc>
          <w:tcPr>
            <w:tcW w:w="3250" w:type="dxa"/>
            <w:vAlign w:val="center"/>
          </w:tcPr>
          <w:p w14:paraId="52F0DDAD" w14:textId="77777777" w:rsidR="002851F2" w:rsidRPr="00491CDA" w:rsidRDefault="002851F2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</w:p>
        </w:tc>
      </w:tr>
      <w:tr w:rsidR="002851F2" w:rsidRPr="00491CDA" w14:paraId="5FFB87E2" w14:textId="77777777">
        <w:trPr>
          <w:jc w:val="center"/>
        </w:trPr>
        <w:tc>
          <w:tcPr>
            <w:tcW w:w="3250" w:type="dxa"/>
            <w:vAlign w:val="center"/>
          </w:tcPr>
          <w:p w14:paraId="0E7789A8" w14:textId="4F88AE75" w:rsidR="002851F2" w:rsidRPr="00491CDA" w:rsidRDefault="00B25AB3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>
              <w:rPr>
                <w:rFonts w:asciiTheme="minorHAnsi" w:hAnsiTheme="minorHAnsi"/>
                <w:color w:val="2F3033" w:themeColor="text1"/>
              </w:rPr>
              <w:t>Storyboard/scene</w:t>
            </w:r>
            <w:r w:rsidR="00E668DA" w:rsidRPr="00491CDA">
              <w:rPr>
                <w:rFonts w:asciiTheme="minorHAnsi" w:hAnsiTheme="minorHAnsi"/>
                <w:color w:val="2F3033" w:themeColor="text1"/>
              </w:rPr>
              <w:t xml:space="preserve"> plan</w:t>
            </w:r>
          </w:p>
        </w:tc>
        <w:tc>
          <w:tcPr>
            <w:tcW w:w="3250" w:type="dxa"/>
            <w:vAlign w:val="center"/>
          </w:tcPr>
          <w:p w14:paraId="1AE8AC67" w14:textId="77777777" w:rsidR="002851F2" w:rsidRPr="00491CDA" w:rsidRDefault="00E668DA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 w:rsidRPr="00491CDA">
              <w:rPr>
                <w:rFonts w:ascii="Segoe UI Symbol" w:hAnsi="Segoe UI Symbol" w:cs="Segoe UI Symbol"/>
                <w:color w:val="2F3033" w:themeColor="text1"/>
              </w:rPr>
              <w:t>☐</w:t>
            </w:r>
            <w:r w:rsidRPr="00491CDA">
              <w:rPr>
                <w:rFonts w:asciiTheme="minorHAnsi" w:hAnsiTheme="minorHAnsi"/>
                <w:color w:val="2F3033" w:themeColor="text1"/>
              </w:rPr>
              <w:t xml:space="preserve"> Not started   </w:t>
            </w:r>
            <w:r w:rsidRPr="00491CDA">
              <w:rPr>
                <w:rFonts w:ascii="Segoe UI Symbol" w:hAnsi="Segoe UI Symbol" w:cs="Segoe UI Symbol"/>
                <w:color w:val="2F3033" w:themeColor="text1"/>
              </w:rPr>
              <w:t>☐</w:t>
            </w:r>
            <w:r w:rsidRPr="00491CDA">
              <w:rPr>
                <w:rFonts w:asciiTheme="minorHAnsi" w:hAnsiTheme="minorHAnsi"/>
                <w:color w:val="2F3033" w:themeColor="text1"/>
              </w:rPr>
              <w:t xml:space="preserve"> Draft   </w:t>
            </w:r>
            <w:r w:rsidRPr="00491CDA">
              <w:rPr>
                <w:rFonts w:ascii="Segoe UI Symbol" w:hAnsi="Segoe UI Symbol" w:cs="Segoe UI Symbol"/>
                <w:color w:val="2F3033" w:themeColor="text1"/>
              </w:rPr>
              <w:t>☐</w:t>
            </w:r>
            <w:r w:rsidRPr="00491CDA">
              <w:rPr>
                <w:rFonts w:asciiTheme="minorHAnsi" w:hAnsiTheme="minorHAnsi"/>
                <w:color w:val="2F3033" w:themeColor="text1"/>
              </w:rPr>
              <w:t xml:space="preserve"> Approved</w:t>
            </w:r>
          </w:p>
        </w:tc>
        <w:tc>
          <w:tcPr>
            <w:tcW w:w="3250" w:type="dxa"/>
            <w:vAlign w:val="center"/>
          </w:tcPr>
          <w:p w14:paraId="6B2AB200" w14:textId="77777777" w:rsidR="002851F2" w:rsidRPr="00491CDA" w:rsidRDefault="002851F2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</w:p>
        </w:tc>
      </w:tr>
      <w:tr w:rsidR="002851F2" w:rsidRPr="00491CDA" w14:paraId="2650305B" w14:textId="77777777">
        <w:trPr>
          <w:jc w:val="center"/>
        </w:trPr>
        <w:tc>
          <w:tcPr>
            <w:tcW w:w="3250" w:type="dxa"/>
            <w:vAlign w:val="center"/>
          </w:tcPr>
          <w:p w14:paraId="4F98D9DE" w14:textId="77777777" w:rsidR="002851F2" w:rsidRPr="00491CDA" w:rsidRDefault="00E668DA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 w:rsidRPr="00491CDA">
              <w:rPr>
                <w:rFonts w:asciiTheme="minorHAnsi" w:hAnsiTheme="minorHAnsi"/>
                <w:color w:val="2F3033" w:themeColor="text1"/>
              </w:rPr>
              <w:t>Brand guidelines</w:t>
            </w:r>
          </w:p>
        </w:tc>
        <w:tc>
          <w:tcPr>
            <w:tcW w:w="3250" w:type="dxa"/>
            <w:vAlign w:val="center"/>
          </w:tcPr>
          <w:p w14:paraId="35EB01A6" w14:textId="77777777" w:rsidR="002851F2" w:rsidRPr="00491CDA" w:rsidRDefault="00E668DA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 w:rsidRPr="00491CDA">
              <w:rPr>
                <w:rFonts w:ascii="Segoe UI Symbol" w:hAnsi="Segoe UI Symbol" w:cs="Segoe UI Symbol"/>
                <w:color w:val="2F3033" w:themeColor="text1"/>
              </w:rPr>
              <w:t>☐</w:t>
            </w:r>
            <w:r w:rsidRPr="00491CDA">
              <w:rPr>
                <w:rFonts w:asciiTheme="minorHAnsi" w:hAnsiTheme="minorHAnsi"/>
                <w:color w:val="2F3033" w:themeColor="text1"/>
              </w:rPr>
              <w:t xml:space="preserve"> Available   </w:t>
            </w:r>
            <w:r w:rsidRPr="00491CDA">
              <w:rPr>
                <w:rFonts w:ascii="Segoe UI Symbol" w:hAnsi="Segoe UI Symbol" w:cs="Segoe UI Symbol"/>
                <w:color w:val="2F3033" w:themeColor="text1"/>
              </w:rPr>
              <w:t>☐</w:t>
            </w:r>
            <w:r w:rsidRPr="00491CDA">
              <w:rPr>
                <w:rFonts w:asciiTheme="minorHAnsi" w:hAnsiTheme="minorHAnsi"/>
                <w:color w:val="2F3033" w:themeColor="text1"/>
              </w:rPr>
              <w:t xml:space="preserve"> Missing</w:t>
            </w:r>
          </w:p>
        </w:tc>
        <w:tc>
          <w:tcPr>
            <w:tcW w:w="3250" w:type="dxa"/>
            <w:vAlign w:val="center"/>
          </w:tcPr>
          <w:p w14:paraId="13AB1BA4" w14:textId="77777777" w:rsidR="002851F2" w:rsidRPr="00491CDA" w:rsidRDefault="002851F2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</w:p>
        </w:tc>
      </w:tr>
      <w:tr w:rsidR="002851F2" w:rsidRPr="00491CDA" w14:paraId="4FDD3CB8" w14:textId="77777777">
        <w:trPr>
          <w:jc w:val="center"/>
        </w:trPr>
        <w:tc>
          <w:tcPr>
            <w:tcW w:w="3250" w:type="dxa"/>
            <w:vAlign w:val="center"/>
          </w:tcPr>
          <w:p w14:paraId="6D5BDB5D" w14:textId="152F0B71" w:rsidR="002851F2" w:rsidRPr="00491CDA" w:rsidRDefault="00B25AB3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>
              <w:rPr>
                <w:rFonts w:asciiTheme="minorHAnsi" w:hAnsiTheme="minorHAnsi"/>
                <w:color w:val="2F3033" w:themeColor="text1"/>
              </w:rPr>
              <w:t>Illustrations/graphics</w:t>
            </w:r>
          </w:p>
        </w:tc>
        <w:tc>
          <w:tcPr>
            <w:tcW w:w="3250" w:type="dxa"/>
            <w:vAlign w:val="center"/>
          </w:tcPr>
          <w:p w14:paraId="77FB637C" w14:textId="77777777" w:rsidR="002851F2" w:rsidRPr="00491CDA" w:rsidRDefault="00E668DA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 w:rsidRPr="00491CDA">
              <w:rPr>
                <w:rFonts w:ascii="Segoe UI Symbol" w:hAnsi="Segoe UI Symbol" w:cs="Segoe UI Symbol"/>
                <w:color w:val="2F3033" w:themeColor="text1"/>
              </w:rPr>
              <w:t>☐</w:t>
            </w:r>
            <w:r w:rsidRPr="00491CDA">
              <w:rPr>
                <w:rFonts w:asciiTheme="minorHAnsi" w:hAnsiTheme="minorHAnsi"/>
                <w:color w:val="2F3033" w:themeColor="text1"/>
              </w:rPr>
              <w:t xml:space="preserve"> Available   </w:t>
            </w:r>
            <w:r w:rsidRPr="00491CDA">
              <w:rPr>
                <w:rFonts w:ascii="Segoe UI Symbol" w:hAnsi="Segoe UI Symbol" w:cs="Segoe UI Symbol"/>
                <w:color w:val="2F3033" w:themeColor="text1"/>
              </w:rPr>
              <w:t>☐</w:t>
            </w:r>
            <w:r w:rsidRPr="00491CDA">
              <w:rPr>
                <w:rFonts w:asciiTheme="minorHAnsi" w:hAnsiTheme="minorHAnsi"/>
                <w:color w:val="2F3033" w:themeColor="text1"/>
              </w:rPr>
              <w:t xml:space="preserve"> Need creation</w:t>
            </w:r>
          </w:p>
        </w:tc>
        <w:tc>
          <w:tcPr>
            <w:tcW w:w="3250" w:type="dxa"/>
            <w:vAlign w:val="center"/>
          </w:tcPr>
          <w:p w14:paraId="0224910C" w14:textId="77777777" w:rsidR="002851F2" w:rsidRPr="00491CDA" w:rsidRDefault="002851F2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</w:p>
        </w:tc>
      </w:tr>
      <w:tr w:rsidR="002851F2" w:rsidRPr="00491CDA" w14:paraId="22535A12" w14:textId="77777777">
        <w:trPr>
          <w:jc w:val="center"/>
        </w:trPr>
        <w:tc>
          <w:tcPr>
            <w:tcW w:w="3250" w:type="dxa"/>
            <w:vAlign w:val="center"/>
          </w:tcPr>
          <w:p w14:paraId="756F43FF" w14:textId="5FCB2A89" w:rsidR="002851F2" w:rsidRPr="00491CDA" w:rsidRDefault="00E668DA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 w:rsidRPr="00491CDA">
              <w:rPr>
                <w:rFonts w:asciiTheme="minorHAnsi" w:hAnsiTheme="minorHAnsi"/>
                <w:color w:val="2F3033" w:themeColor="text1"/>
              </w:rPr>
              <w:t xml:space="preserve">Product </w:t>
            </w:r>
            <w:r w:rsidR="00B25AB3">
              <w:rPr>
                <w:rFonts w:asciiTheme="minorHAnsi" w:hAnsiTheme="minorHAnsi"/>
                <w:color w:val="2F3033" w:themeColor="text1"/>
              </w:rPr>
              <w:t>screenshots/footage</w:t>
            </w:r>
          </w:p>
        </w:tc>
        <w:tc>
          <w:tcPr>
            <w:tcW w:w="3250" w:type="dxa"/>
            <w:vAlign w:val="center"/>
          </w:tcPr>
          <w:p w14:paraId="489086B8" w14:textId="77777777" w:rsidR="002851F2" w:rsidRPr="00491CDA" w:rsidRDefault="00E668DA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 w:rsidRPr="00491CDA">
              <w:rPr>
                <w:rFonts w:ascii="Segoe UI Symbol" w:hAnsi="Segoe UI Symbol" w:cs="Segoe UI Symbol"/>
                <w:color w:val="2F3033" w:themeColor="text1"/>
              </w:rPr>
              <w:t>☐</w:t>
            </w:r>
            <w:r w:rsidRPr="00491CDA">
              <w:rPr>
                <w:rFonts w:asciiTheme="minorHAnsi" w:hAnsiTheme="minorHAnsi"/>
                <w:color w:val="2F3033" w:themeColor="text1"/>
              </w:rPr>
              <w:t xml:space="preserve"> Available   </w:t>
            </w:r>
            <w:r w:rsidRPr="00491CDA">
              <w:rPr>
                <w:rFonts w:ascii="Segoe UI Symbol" w:hAnsi="Segoe UI Symbol" w:cs="Segoe UI Symbol"/>
                <w:color w:val="2F3033" w:themeColor="text1"/>
              </w:rPr>
              <w:t>☐</w:t>
            </w:r>
            <w:r w:rsidRPr="00491CDA">
              <w:rPr>
                <w:rFonts w:asciiTheme="minorHAnsi" w:hAnsiTheme="minorHAnsi"/>
                <w:color w:val="2F3033" w:themeColor="text1"/>
              </w:rPr>
              <w:t xml:space="preserve"> May change</w:t>
            </w:r>
          </w:p>
        </w:tc>
        <w:tc>
          <w:tcPr>
            <w:tcW w:w="3250" w:type="dxa"/>
            <w:vAlign w:val="center"/>
          </w:tcPr>
          <w:p w14:paraId="6B8D2F10" w14:textId="77777777" w:rsidR="002851F2" w:rsidRPr="00491CDA" w:rsidRDefault="002851F2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</w:p>
        </w:tc>
      </w:tr>
      <w:tr w:rsidR="002851F2" w:rsidRPr="00491CDA" w14:paraId="13CDA3B8" w14:textId="77777777">
        <w:trPr>
          <w:jc w:val="center"/>
        </w:trPr>
        <w:tc>
          <w:tcPr>
            <w:tcW w:w="3250" w:type="dxa"/>
            <w:vAlign w:val="center"/>
          </w:tcPr>
          <w:p w14:paraId="72B335AF" w14:textId="6BEE01A7" w:rsidR="002851F2" w:rsidRPr="00491CDA" w:rsidRDefault="00B25AB3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>
              <w:rPr>
                <w:rFonts w:asciiTheme="minorHAnsi" w:hAnsiTheme="minorHAnsi"/>
                <w:color w:val="2F3033" w:themeColor="text1"/>
              </w:rPr>
              <w:t>Voiceover/audio</w:t>
            </w:r>
          </w:p>
        </w:tc>
        <w:tc>
          <w:tcPr>
            <w:tcW w:w="3250" w:type="dxa"/>
            <w:vAlign w:val="center"/>
          </w:tcPr>
          <w:p w14:paraId="601F6FE9" w14:textId="77777777" w:rsidR="002851F2" w:rsidRPr="00491CDA" w:rsidRDefault="00E668DA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 w:rsidRPr="00491CDA">
              <w:rPr>
                <w:rFonts w:ascii="Segoe UI Symbol" w:hAnsi="Segoe UI Symbol" w:cs="Segoe UI Symbol"/>
                <w:color w:val="2F3033" w:themeColor="text1"/>
              </w:rPr>
              <w:t>☐</w:t>
            </w:r>
            <w:r w:rsidRPr="00491CDA">
              <w:rPr>
                <w:rFonts w:asciiTheme="minorHAnsi" w:hAnsiTheme="minorHAnsi"/>
                <w:color w:val="2F3033" w:themeColor="text1"/>
              </w:rPr>
              <w:t xml:space="preserve"> Available   </w:t>
            </w:r>
            <w:r w:rsidRPr="00491CDA">
              <w:rPr>
                <w:rFonts w:ascii="Segoe UI Symbol" w:hAnsi="Segoe UI Symbol" w:cs="Segoe UI Symbol"/>
                <w:color w:val="2F3033" w:themeColor="text1"/>
              </w:rPr>
              <w:t>☐</w:t>
            </w:r>
            <w:r w:rsidRPr="00491CDA">
              <w:rPr>
                <w:rFonts w:asciiTheme="minorHAnsi" w:hAnsiTheme="minorHAnsi"/>
                <w:color w:val="2F3033" w:themeColor="text1"/>
              </w:rPr>
              <w:t xml:space="preserve"> Need recording</w:t>
            </w:r>
          </w:p>
        </w:tc>
        <w:tc>
          <w:tcPr>
            <w:tcW w:w="3250" w:type="dxa"/>
            <w:vAlign w:val="center"/>
          </w:tcPr>
          <w:p w14:paraId="311528DE" w14:textId="77777777" w:rsidR="002851F2" w:rsidRPr="00491CDA" w:rsidRDefault="002851F2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</w:p>
        </w:tc>
      </w:tr>
      <w:tr w:rsidR="002851F2" w:rsidRPr="00491CDA" w14:paraId="5A16652B" w14:textId="77777777">
        <w:trPr>
          <w:jc w:val="center"/>
        </w:trPr>
        <w:tc>
          <w:tcPr>
            <w:tcW w:w="3250" w:type="dxa"/>
            <w:vAlign w:val="center"/>
          </w:tcPr>
          <w:p w14:paraId="530E7FDE" w14:textId="77777777" w:rsidR="002851F2" w:rsidRPr="00491CDA" w:rsidRDefault="00E668DA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 w:rsidRPr="00491CDA">
              <w:rPr>
                <w:rFonts w:asciiTheme="minorHAnsi" w:hAnsiTheme="minorHAnsi"/>
                <w:color w:val="2F3033" w:themeColor="text1"/>
              </w:rPr>
              <w:t>Other assets</w:t>
            </w:r>
          </w:p>
        </w:tc>
        <w:tc>
          <w:tcPr>
            <w:tcW w:w="3250" w:type="dxa"/>
            <w:vAlign w:val="center"/>
          </w:tcPr>
          <w:p w14:paraId="6E4C4010" w14:textId="77777777" w:rsidR="002851F2" w:rsidRPr="00491CDA" w:rsidRDefault="002851F2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</w:p>
        </w:tc>
        <w:tc>
          <w:tcPr>
            <w:tcW w:w="3250" w:type="dxa"/>
            <w:vAlign w:val="center"/>
          </w:tcPr>
          <w:p w14:paraId="7E428C89" w14:textId="77777777" w:rsidR="002851F2" w:rsidRPr="00491CDA" w:rsidRDefault="002851F2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</w:p>
        </w:tc>
      </w:tr>
    </w:tbl>
    <w:p w14:paraId="28341723" w14:textId="77777777" w:rsidR="002851F2" w:rsidRPr="00981751" w:rsidRDefault="00E668DA">
      <w:pPr>
        <w:pStyle w:val="Heading1"/>
        <w:rPr>
          <w:b w:val="0"/>
          <w:bCs w:val="0"/>
          <w:color w:val="2F3033" w:themeColor="text1"/>
        </w:rPr>
      </w:pPr>
      <w:r w:rsidRPr="00981751">
        <w:rPr>
          <w:b w:val="0"/>
          <w:bCs w:val="0"/>
          <w:color w:val="2F3033" w:themeColor="text1"/>
        </w:rPr>
        <w:t>Script-readiness questions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74"/>
        <w:gridCol w:w="4874"/>
      </w:tblGrid>
      <w:tr w:rsidR="002851F2" w:rsidRPr="00491CDA" w14:paraId="6FCEE229" w14:textId="77777777" w:rsidTr="00F35223">
        <w:trPr>
          <w:jc w:val="center"/>
        </w:trPr>
        <w:tc>
          <w:tcPr>
            <w:tcW w:w="4874" w:type="dxa"/>
            <w:shd w:val="clear" w:color="auto" w:fill="C4D8FE" w:themeFill="text2" w:themeFillTint="33"/>
          </w:tcPr>
          <w:p w14:paraId="71685E7F" w14:textId="77777777" w:rsidR="002851F2" w:rsidRPr="00491CDA" w:rsidRDefault="00E668DA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 w:rsidRPr="00491CDA">
              <w:rPr>
                <w:rFonts w:asciiTheme="minorHAnsi" w:hAnsiTheme="minorHAnsi"/>
                <w:b/>
                <w:color w:val="2F3033" w:themeColor="text1"/>
              </w:rPr>
              <w:t>Review question</w:t>
            </w:r>
          </w:p>
        </w:tc>
        <w:tc>
          <w:tcPr>
            <w:tcW w:w="4874" w:type="dxa"/>
            <w:shd w:val="clear" w:color="auto" w:fill="C4D8FE" w:themeFill="text2" w:themeFillTint="33"/>
          </w:tcPr>
          <w:p w14:paraId="4BFE2499" w14:textId="77777777" w:rsidR="002851F2" w:rsidRPr="00491CDA" w:rsidRDefault="00E668DA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 w:rsidRPr="00491CDA">
              <w:rPr>
                <w:rFonts w:asciiTheme="minorHAnsi" w:hAnsiTheme="minorHAnsi"/>
                <w:b/>
                <w:color w:val="2F3033" w:themeColor="text1"/>
              </w:rPr>
              <w:t>Notes</w:t>
            </w:r>
          </w:p>
        </w:tc>
      </w:tr>
      <w:tr w:rsidR="002851F2" w:rsidRPr="00491CDA" w14:paraId="337C1709" w14:textId="77777777">
        <w:trPr>
          <w:jc w:val="center"/>
        </w:trPr>
        <w:tc>
          <w:tcPr>
            <w:tcW w:w="4874" w:type="dxa"/>
            <w:vAlign w:val="center"/>
          </w:tcPr>
          <w:p w14:paraId="6EC74444" w14:textId="77777777" w:rsidR="002851F2" w:rsidRPr="00491CDA" w:rsidRDefault="00E668DA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 w:rsidRPr="00491CDA">
              <w:rPr>
                <w:rFonts w:asciiTheme="minorHAnsi" w:hAnsiTheme="minorHAnsi"/>
                <w:color w:val="2F3033" w:themeColor="text1"/>
              </w:rPr>
              <w:t>Does narration fit the intended duration?</w:t>
            </w:r>
          </w:p>
        </w:tc>
        <w:tc>
          <w:tcPr>
            <w:tcW w:w="4874" w:type="dxa"/>
            <w:vAlign w:val="center"/>
          </w:tcPr>
          <w:p w14:paraId="6D92CAD4" w14:textId="77777777" w:rsidR="002851F2" w:rsidRPr="00491CDA" w:rsidRDefault="002851F2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</w:p>
        </w:tc>
      </w:tr>
      <w:tr w:rsidR="002851F2" w:rsidRPr="00491CDA" w14:paraId="6F487DC9" w14:textId="77777777">
        <w:trPr>
          <w:jc w:val="center"/>
        </w:trPr>
        <w:tc>
          <w:tcPr>
            <w:tcW w:w="4874" w:type="dxa"/>
            <w:vAlign w:val="center"/>
          </w:tcPr>
          <w:p w14:paraId="3A8C7D07" w14:textId="77777777" w:rsidR="002851F2" w:rsidRPr="00491CDA" w:rsidRDefault="00E668DA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 w:rsidRPr="00491CDA">
              <w:rPr>
                <w:rFonts w:asciiTheme="minorHAnsi" w:hAnsiTheme="minorHAnsi"/>
                <w:color w:val="2F3033" w:themeColor="text1"/>
              </w:rPr>
              <w:t>Is the wording approved and immutable?</w:t>
            </w:r>
          </w:p>
        </w:tc>
        <w:tc>
          <w:tcPr>
            <w:tcW w:w="4874" w:type="dxa"/>
            <w:vAlign w:val="center"/>
          </w:tcPr>
          <w:p w14:paraId="3AA53755" w14:textId="77777777" w:rsidR="002851F2" w:rsidRPr="00491CDA" w:rsidRDefault="002851F2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</w:p>
        </w:tc>
      </w:tr>
      <w:tr w:rsidR="002851F2" w:rsidRPr="00491CDA" w14:paraId="01CC7E43" w14:textId="77777777">
        <w:trPr>
          <w:jc w:val="center"/>
        </w:trPr>
        <w:tc>
          <w:tcPr>
            <w:tcW w:w="4874" w:type="dxa"/>
            <w:vAlign w:val="center"/>
          </w:tcPr>
          <w:p w14:paraId="4B0E73EA" w14:textId="77777777" w:rsidR="002851F2" w:rsidRPr="00491CDA" w:rsidRDefault="00E668DA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 w:rsidRPr="00491CDA">
              <w:rPr>
                <w:rFonts w:asciiTheme="minorHAnsi" w:hAnsiTheme="minorHAnsi"/>
                <w:color w:val="2F3033" w:themeColor="text1"/>
              </w:rPr>
              <w:t>Are product and technical claims verified?</w:t>
            </w:r>
          </w:p>
        </w:tc>
        <w:tc>
          <w:tcPr>
            <w:tcW w:w="4874" w:type="dxa"/>
            <w:vAlign w:val="center"/>
          </w:tcPr>
          <w:p w14:paraId="0481C76E" w14:textId="77777777" w:rsidR="002851F2" w:rsidRPr="00491CDA" w:rsidRDefault="002851F2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</w:p>
        </w:tc>
      </w:tr>
      <w:tr w:rsidR="002851F2" w:rsidRPr="00491CDA" w14:paraId="71573121" w14:textId="77777777">
        <w:trPr>
          <w:jc w:val="center"/>
        </w:trPr>
        <w:tc>
          <w:tcPr>
            <w:tcW w:w="4874" w:type="dxa"/>
            <w:vAlign w:val="center"/>
          </w:tcPr>
          <w:p w14:paraId="1D1485C4" w14:textId="77777777" w:rsidR="002851F2" w:rsidRPr="00491CDA" w:rsidRDefault="00E668DA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 w:rsidRPr="00491CDA">
              <w:rPr>
                <w:rFonts w:asciiTheme="minorHAnsi" w:hAnsiTheme="minorHAnsi"/>
                <w:color w:val="2F3033" w:themeColor="text1"/>
              </w:rPr>
              <w:t>Are visual cues or scene descriptions supplied?</w:t>
            </w:r>
          </w:p>
        </w:tc>
        <w:tc>
          <w:tcPr>
            <w:tcW w:w="4874" w:type="dxa"/>
            <w:vAlign w:val="center"/>
          </w:tcPr>
          <w:p w14:paraId="375C773D" w14:textId="77777777" w:rsidR="002851F2" w:rsidRPr="00491CDA" w:rsidRDefault="002851F2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</w:p>
        </w:tc>
      </w:tr>
      <w:tr w:rsidR="002851F2" w:rsidRPr="00491CDA" w14:paraId="521F532E" w14:textId="77777777">
        <w:trPr>
          <w:jc w:val="center"/>
        </w:trPr>
        <w:tc>
          <w:tcPr>
            <w:tcW w:w="4874" w:type="dxa"/>
            <w:vAlign w:val="center"/>
          </w:tcPr>
          <w:p w14:paraId="3904B440" w14:textId="77777777" w:rsidR="002851F2" w:rsidRPr="00491CDA" w:rsidRDefault="00E668DA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 w:rsidRPr="00491CDA">
              <w:rPr>
                <w:rFonts w:asciiTheme="minorHAnsi" w:hAnsiTheme="minorHAnsi"/>
                <w:color w:val="2F3033" w:themeColor="text1"/>
              </w:rPr>
              <w:t>Who approves proposed script changes?</w:t>
            </w:r>
          </w:p>
        </w:tc>
        <w:tc>
          <w:tcPr>
            <w:tcW w:w="4874" w:type="dxa"/>
            <w:vAlign w:val="center"/>
          </w:tcPr>
          <w:p w14:paraId="0483DF6F" w14:textId="77777777" w:rsidR="002851F2" w:rsidRPr="00491CDA" w:rsidRDefault="002851F2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</w:p>
        </w:tc>
      </w:tr>
    </w:tbl>
    <w:p w14:paraId="15B95055" w14:textId="77777777" w:rsidR="00F35223" w:rsidRPr="00491CDA" w:rsidRDefault="00F35223">
      <w:pPr>
        <w:rPr>
          <w:rFonts w:asciiTheme="minorHAnsi" w:hAnsiTheme="minorHAnsi"/>
          <w:color w:val="2F3033" w:themeColor="text1"/>
        </w:rPr>
      </w:pPr>
    </w:p>
    <w:p w14:paraId="16C6EBD9" w14:textId="5532B792" w:rsidR="002851F2" w:rsidRPr="00DC199C" w:rsidRDefault="00E668DA">
      <w:pPr>
        <w:rPr>
          <w:rFonts w:asciiTheme="minorHAnsi" w:hAnsiTheme="minorHAnsi"/>
          <w:i/>
          <w:iCs/>
          <w:color w:val="2F3033" w:themeColor="text1"/>
        </w:rPr>
      </w:pPr>
      <w:r w:rsidRPr="00DC199C">
        <w:rPr>
          <w:rFonts w:asciiTheme="minorHAnsi" w:hAnsiTheme="minorHAnsi"/>
          <w:i/>
          <w:iCs/>
          <w:color w:val="2F3033" w:themeColor="text1"/>
        </w:rPr>
        <w:t>Important: Ask the studio to flag content issues separately. Do not assume it may rewrite an approved client script.</w:t>
      </w:r>
    </w:p>
    <w:p w14:paraId="68529907" w14:textId="77777777" w:rsidR="002851F2" w:rsidRPr="00491CDA" w:rsidRDefault="00E668DA">
      <w:pPr>
        <w:rPr>
          <w:rFonts w:asciiTheme="minorHAnsi" w:hAnsiTheme="minorHAnsi"/>
          <w:color w:val="2F3033" w:themeColor="text1"/>
        </w:rPr>
      </w:pPr>
      <w:r w:rsidRPr="00491CDA">
        <w:rPr>
          <w:rFonts w:asciiTheme="minorHAnsi" w:hAnsiTheme="minorHAnsi"/>
          <w:color w:val="2F3033" w:themeColor="text1"/>
        </w:rPr>
        <w:br w:type="page"/>
      </w:r>
    </w:p>
    <w:p w14:paraId="43C5A066" w14:textId="77777777" w:rsidR="002851F2" w:rsidRPr="00491CDA" w:rsidRDefault="00E668DA">
      <w:pPr>
        <w:pStyle w:val="Heading1"/>
        <w:rPr>
          <w:b w:val="0"/>
          <w:bCs w:val="0"/>
          <w:color w:val="024AD8" w:themeColor="text2"/>
        </w:rPr>
      </w:pPr>
      <w:proofErr w:type="gramStart"/>
      <w:r w:rsidRPr="00491CDA">
        <w:rPr>
          <w:b w:val="0"/>
          <w:bCs w:val="0"/>
          <w:color w:val="024AD8" w:themeColor="text2"/>
        </w:rPr>
        <w:lastRenderedPageBreak/>
        <w:t>03  Scope</w:t>
      </w:r>
      <w:proofErr w:type="gramEnd"/>
      <w:r w:rsidRPr="00491CDA">
        <w:rPr>
          <w:b w:val="0"/>
          <w:bCs w:val="0"/>
          <w:color w:val="024AD8" w:themeColor="text2"/>
        </w:rPr>
        <w:t xml:space="preserve"> for vendor quotations</w:t>
      </w:r>
    </w:p>
    <w:p w14:paraId="0FA73064" w14:textId="77777777" w:rsidR="002851F2" w:rsidRPr="00491CDA" w:rsidRDefault="00E668DA">
      <w:pPr>
        <w:rPr>
          <w:rFonts w:asciiTheme="minorHAnsi" w:hAnsiTheme="minorHAnsi"/>
          <w:color w:val="2F3033" w:themeColor="text1"/>
        </w:rPr>
      </w:pPr>
      <w:r w:rsidRPr="00491CDA">
        <w:rPr>
          <w:rFonts w:asciiTheme="minorHAnsi" w:hAnsiTheme="minorHAnsi"/>
          <w:color w:val="2F3033" w:themeColor="text1"/>
        </w:rPr>
        <w:t>Ask each vendor to complete the inclusions and exclusions consistently. An unchecked item is not automatically included.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871"/>
        <w:gridCol w:w="2629"/>
        <w:gridCol w:w="3250"/>
      </w:tblGrid>
      <w:tr w:rsidR="002851F2" w:rsidRPr="00491CDA" w14:paraId="15BC4284" w14:textId="77777777" w:rsidTr="00D75BE0">
        <w:trPr>
          <w:jc w:val="center"/>
        </w:trPr>
        <w:tc>
          <w:tcPr>
            <w:tcW w:w="3871" w:type="dxa"/>
            <w:shd w:val="clear" w:color="auto" w:fill="C4D8FE" w:themeFill="text2" w:themeFillTint="33"/>
          </w:tcPr>
          <w:p w14:paraId="1BF81CCF" w14:textId="77777777" w:rsidR="002851F2" w:rsidRPr="00491CDA" w:rsidRDefault="00E668DA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 w:rsidRPr="00491CDA">
              <w:rPr>
                <w:rFonts w:asciiTheme="minorHAnsi" w:hAnsiTheme="minorHAnsi"/>
                <w:b/>
                <w:color w:val="2F3033" w:themeColor="text1"/>
              </w:rPr>
              <w:t>Production responsibility</w:t>
            </w:r>
          </w:p>
        </w:tc>
        <w:tc>
          <w:tcPr>
            <w:tcW w:w="2629" w:type="dxa"/>
            <w:shd w:val="clear" w:color="auto" w:fill="C4D8FE" w:themeFill="text2" w:themeFillTint="33"/>
          </w:tcPr>
          <w:p w14:paraId="1875F8AF" w14:textId="77777777" w:rsidR="002851F2" w:rsidRPr="00491CDA" w:rsidRDefault="00E668DA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 w:rsidRPr="00491CDA">
              <w:rPr>
                <w:rFonts w:asciiTheme="minorHAnsi" w:hAnsiTheme="minorHAnsi"/>
                <w:b/>
                <w:color w:val="2F3033" w:themeColor="text1"/>
              </w:rPr>
              <w:t>Needed?</w:t>
            </w:r>
          </w:p>
        </w:tc>
        <w:tc>
          <w:tcPr>
            <w:tcW w:w="3250" w:type="dxa"/>
            <w:shd w:val="clear" w:color="auto" w:fill="C4D8FE" w:themeFill="text2" w:themeFillTint="33"/>
          </w:tcPr>
          <w:p w14:paraId="00D20FFE" w14:textId="77777777" w:rsidR="002851F2" w:rsidRPr="00491CDA" w:rsidRDefault="00E668DA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 w:rsidRPr="00491CDA">
              <w:rPr>
                <w:rFonts w:asciiTheme="minorHAnsi" w:hAnsiTheme="minorHAnsi"/>
                <w:b/>
                <w:color w:val="2F3033" w:themeColor="text1"/>
              </w:rPr>
              <w:t>Who provides / important notes</w:t>
            </w:r>
          </w:p>
        </w:tc>
      </w:tr>
      <w:tr w:rsidR="002851F2" w:rsidRPr="00491CDA" w14:paraId="00E24489" w14:textId="77777777" w:rsidTr="00D75BE0">
        <w:trPr>
          <w:jc w:val="center"/>
        </w:trPr>
        <w:tc>
          <w:tcPr>
            <w:tcW w:w="3871" w:type="dxa"/>
            <w:vAlign w:val="center"/>
          </w:tcPr>
          <w:p w14:paraId="7250811E" w14:textId="074B40B9" w:rsidR="002851F2" w:rsidRPr="00D75BE0" w:rsidRDefault="00B25AB3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>
              <w:rPr>
                <w:rFonts w:asciiTheme="minorHAnsi" w:hAnsiTheme="minorHAnsi"/>
                <w:color w:val="2F3033" w:themeColor="text1"/>
              </w:rPr>
              <w:t>Discovery/message</w:t>
            </w:r>
            <w:r w:rsidR="00E668DA" w:rsidRPr="00D75BE0">
              <w:rPr>
                <w:rFonts w:asciiTheme="minorHAnsi" w:hAnsiTheme="minorHAnsi"/>
                <w:color w:val="2F3033" w:themeColor="text1"/>
              </w:rPr>
              <w:t xml:space="preserve"> development</w:t>
            </w:r>
          </w:p>
        </w:tc>
        <w:tc>
          <w:tcPr>
            <w:tcW w:w="2629" w:type="dxa"/>
            <w:vAlign w:val="center"/>
          </w:tcPr>
          <w:p w14:paraId="157645F6" w14:textId="77777777" w:rsidR="002851F2" w:rsidRPr="00D75BE0" w:rsidRDefault="00E668DA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 w:rsidRPr="00D75BE0">
              <w:rPr>
                <w:rFonts w:ascii="Segoe UI Symbol" w:hAnsi="Segoe UI Symbol" w:cs="Segoe UI Symbol"/>
                <w:color w:val="2F3033" w:themeColor="text1"/>
              </w:rPr>
              <w:t>☐</w:t>
            </w:r>
            <w:r w:rsidRPr="00D75BE0">
              <w:rPr>
                <w:rFonts w:asciiTheme="minorHAnsi" w:hAnsiTheme="minorHAnsi"/>
                <w:color w:val="2F3033" w:themeColor="text1"/>
              </w:rPr>
              <w:t xml:space="preserve"> Yes  </w:t>
            </w:r>
            <w:r w:rsidRPr="00D75BE0">
              <w:rPr>
                <w:rFonts w:ascii="Segoe UI Symbol" w:hAnsi="Segoe UI Symbol" w:cs="Segoe UI Symbol"/>
                <w:color w:val="2F3033" w:themeColor="text1"/>
              </w:rPr>
              <w:t>☐</w:t>
            </w:r>
            <w:r w:rsidRPr="00D75BE0">
              <w:rPr>
                <w:rFonts w:asciiTheme="minorHAnsi" w:hAnsiTheme="minorHAnsi"/>
                <w:color w:val="2F3033" w:themeColor="text1"/>
              </w:rPr>
              <w:t xml:space="preserve"> No</w:t>
            </w:r>
          </w:p>
        </w:tc>
        <w:tc>
          <w:tcPr>
            <w:tcW w:w="3250" w:type="dxa"/>
            <w:vAlign w:val="center"/>
          </w:tcPr>
          <w:p w14:paraId="7566B95E" w14:textId="77777777" w:rsidR="002851F2" w:rsidRPr="00D75BE0" w:rsidRDefault="002851F2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</w:p>
        </w:tc>
      </w:tr>
      <w:tr w:rsidR="002851F2" w:rsidRPr="00491CDA" w14:paraId="143188C7" w14:textId="77777777" w:rsidTr="00D75BE0">
        <w:trPr>
          <w:jc w:val="center"/>
        </w:trPr>
        <w:tc>
          <w:tcPr>
            <w:tcW w:w="3871" w:type="dxa"/>
            <w:vAlign w:val="center"/>
          </w:tcPr>
          <w:p w14:paraId="036BF924" w14:textId="77777777" w:rsidR="002851F2" w:rsidRPr="00D75BE0" w:rsidRDefault="00E668DA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 w:rsidRPr="00D75BE0">
              <w:rPr>
                <w:rFonts w:asciiTheme="minorHAnsi" w:hAnsiTheme="minorHAnsi"/>
                <w:color w:val="2F3033" w:themeColor="text1"/>
              </w:rPr>
              <w:t>Script review or writing</w:t>
            </w:r>
          </w:p>
        </w:tc>
        <w:tc>
          <w:tcPr>
            <w:tcW w:w="2629" w:type="dxa"/>
            <w:vAlign w:val="center"/>
          </w:tcPr>
          <w:p w14:paraId="6041847D" w14:textId="77777777" w:rsidR="002851F2" w:rsidRPr="00D75BE0" w:rsidRDefault="00E668DA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 w:rsidRPr="00D75BE0">
              <w:rPr>
                <w:rFonts w:ascii="Segoe UI Symbol" w:hAnsi="Segoe UI Symbol" w:cs="Segoe UI Symbol"/>
                <w:color w:val="2F3033" w:themeColor="text1"/>
              </w:rPr>
              <w:t>☐</w:t>
            </w:r>
            <w:r w:rsidRPr="00D75BE0">
              <w:rPr>
                <w:rFonts w:asciiTheme="minorHAnsi" w:hAnsiTheme="minorHAnsi"/>
                <w:color w:val="2F3033" w:themeColor="text1"/>
              </w:rPr>
              <w:t xml:space="preserve"> Yes  </w:t>
            </w:r>
            <w:r w:rsidRPr="00D75BE0">
              <w:rPr>
                <w:rFonts w:ascii="Segoe UI Symbol" w:hAnsi="Segoe UI Symbol" w:cs="Segoe UI Symbol"/>
                <w:color w:val="2F3033" w:themeColor="text1"/>
              </w:rPr>
              <w:t>☐</w:t>
            </w:r>
            <w:r w:rsidRPr="00D75BE0">
              <w:rPr>
                <w:rFonts w:asciiTheme="minorHAnsi" w:hAnsiTheme="minorHAnsi"/>
                <w:color w:val="2F3033" w:themeColor="text1"/>
              </w:rPr>
              <w:t xml:space="preserve"> No</w:t>
            </w:r>
          </w:p>
        </w:tc>
        <w:tc>
          <w:tcPr>
            <w:tcW w:w="3250" w:type="dxa"/>
            <w:vAlign w:val="center"/>
          </w:tcPr>
          <w:p w14:paraId="4C848D67" w14:textId="77777777" w:rsidR="002851F2" w:rsidRPr="00D75BE0" w:rsidRDefault="002851F2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</w:p>
        </w:tc>
      </w:tr>
      <w:tr w:rsidR="002851F2" w:rsidRPr="00491CDA" w14:paraId="621165AE" w14:textId="77777777" w:rsidTr="00D75BE0">
        <w:trPr>
          <w:jc w:val="center"/>
        </w:trPr>
        <w:tc>
          <w:tcPr>
            <w:tcW w:w="3871" w:type="dxa"/>
            <w:vAlign w:val="center"/>
          </w:tcPr>
          <w:p w14:paraId="4B590466" w14:textId="77777777" w:rsidR="002851F2" w:rsidRPr="00D75BE0" w:rsidRDefault="00E668DA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 w:rsidRPr="00D75BE0">
              <w:rPr>
                <w:rFonts w:asciiTheme="minorHAnsi" w:hAnsiTheme="minorHAnsi"/>
                <w:color w:val="2F3033" w:themeColor="text1"/>
              </w:rPr>
              <w:t>Visual direction</w:t>
            </w:r>
          </w:p>
        </w:tc>
        <w:tc>
          <w:tcPr>
            <w:tcW w:w="2629" w:type="dxa"/>
            <w:vAlign w:val="center"/>
          </w:tcPr>
          <w:p w14:paraId="310A892F" w14:textId="77777777" w:rsidR="002851F2" w:rsidRPr="00D75BE0" w:rsidRDefault="00E668DA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 w:rsidRPr="00D75BE0">
              <w:rPr>
                <w:rFonts w:ascii="Segoe UI Symbol" w:hAnsi="Segoe UI Symbol" w:cs="Segoe UI Symbol"/>
                <w:color w:val="2F3033" w:themeColor="text1"/>
              </w:rPr>
              <w:t>☐</w:t>
            </w:r>
            <w:r w:rsidRPr="00D75BE0">
              <w:rPr>
                <w:rFonts w:asciiTheme="minorHAnsi" w:hAnsiTheme="minorHAnsi"/>
                <w:color w:val="2F3033" w:themeColor="text1"/>
              </w:rPr>
              <w:t xml:space="preserve"> Yes  </w:t>
            </w:r>
            <w:r w:rsidRPr="00D75BE0">
              <w:rPr>
                <w:rFonts w:ascii="Segoe UI Symbol" w:hAnsi="Segoe UI Symbol" w:cs="Segoe UI Symbol"/>
                <w:color w:val="2F3033" w:themeColor="text1"/>
              </w:rPr>
              <w:t>☐</w:t>
            </w:r>
            <w:r w:rsidRPr="00D75BE0">
              <w:rPr>
                <w:rFonts w:asciiTheme="minorHAnsi" w:hAnsiTheme="minorHAnsi"/>
                <w:color w:val="2F3033" w:themeColor="text1"/>
              </w:rPr>
              <w:t xml:space="preserve"> No</w:t>
            </w:r>
          </w:p>
        </w:tc>
        <w:tc>
          <w:tcPr>
            <w:tcW w:w="3250" w:type="dxa"/>
            <w:vAlign w:val="center"/>
          </w:tcPr>
          <w:p w14:paraId="7C3D9887" w14:textId="77777777" w:rsidR="002851F2" w:rsidRPr="00D75BE0" w:rsidRDefault="002851F2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</w:p>
        </w:tc>
      </w:tr>
      <w:tr w:rsidR="002851F2" w:rsidRPr="00491CDA" w14:paraId="7C3218D2" w14:textId="77777777" w:rsidTr="00D75BE0">
        <w:trPr>
          <w:jc w:val="center"/>
        </w:trPr>
        <w:tc>
          <w:tcPr>
            <w:tcW w:w="3871" w:type="dxa"/>
            <w:vAlign w:val="center"/>
          </w:tcPr>
          <w:p w14:paraId="5076C11E" w14:textId="77777777" w:rsidR="002851F2" w:rsidRPr="00D75BE0" w:rsidRDefault="00E668DA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 w:rsidRPr="00D75BE0">
              <w:rPr>
                <w:rFonts w:asciiTheme="minorHAnsi" w:hAnsiTheme="minorHAnsi"/>
                <w:color w:val="2F3033" w:themeColor="text1"/>
              </w:rPr>
              <w:t>Storyboard</w:t>
            </w:r>
          </w:p>
        </w:tc>
        <w:tc>
          <w:tcPr>
            <w:tcW w:w="2629" w:type="dxa"/>
            <w:vAlign w:val="center"/>
          </w:tcPr>
          <w:p w14:paraId="76DB6DDE" w14:textId="77777777" w:rsidR="002851F2" w:rsidRPr="00D75BE0" w:rsidRDefault="00E668DA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 w:rsidRPr="00D75BE0">
              <w:rPr>
                <w:rFonts w:ascii="Segoe UI Symbol" w:hAnsi="Segoe UI Symbol" w:cs="Segoe UI Symbol"/>
                <w:color w:val="2F3033" w:themeColor="text1"/>
              </w:rPr>
              <w:t>☐</w:t>
            </w:r>
            <w:r w:rsidRPr="00D75BE0">
              <w:rPr>
                <w:rFonts w:asciiTheme="minorHAnsi" w:hAnsiTheme="minorHAnsi"/>
                <w:color w:val="2F3033" w:themeColor="text1"/>
              </w:rPr>
              <w:t xml:space="preserve"> Yes  </w:t>
            </w:r>
            <w:r w:rsidRPr="00D75BE0">
              <w:rPr>
                <w:rFonts w:ascii="Segoe UI Symbol" w:hAnsi="Segoe UI Symbol" w:cs="Segoe UI Symbol"/>
                <w:color w:val="2F3033" w:themeColor="text1"/>
              </w:rPr>
              <w:t>☐</w:t>
            </w:r>
            <w:r w:rsidRPr="00D75BE0">
              <w:rPr>
                <w:rFonts w:asciiTheme="minorHAnsi" w:hAnsiTheme="minorHAnsi"/>
                <w:color w:val="2F3033" w:themeColor="text1"/>
              </w:rPr>
              <w:t xml:space="preserve"> No</w:t>
            </w:r>
          </w:p>
        </w:tc>
        <w:tc>
          <w:tcPr>
            <w:tcW w:w="3250" w:type="dxa"/>
            <w:vAlign w:val="center"/>
          </w:tcPr>
          <w:p w14:paraId="5B12D2E9" w14:textId="77777777" w:rsidR="002851F2" w:rsidRPr="00D75BE0" w:rsidRDefault="002851F2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</w:p>
        </w:tc>
      </w:tr>
      <w:tr w:rsidR="002851F2" w:rsidRPr="00491CDA" w14:paraId="693A1F00" w14:textId="77777777" w:rsidTr="00D75BE0">
        <w:trPr>
          <w:jc w:val="center"/>
        </w:trPr>
        <w:tc>
          <w:tcPr>
            <w:tcW w:w="3871" w:type="dxa"/>
            <w:vAlign w:val="center"/>
          </w:tcPr>
          <w:p w14:paraId="28EF2AE0" w14:textId="07185F2C" w:rsidR="002851F2" w:rsidRPr="00D75BE0" w:rsidRDefault="00E668DA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 w:rsidRPr="00D75BE0">
              <w:rPr>
                <w:rFonts w:asciiTheme="minorHAnsi" w:hAnsiTheme="minorHAnsi"/>
                <w:color w:val="2F3033" w:themeColor="text1"/>
              </w:rPr>
              <w:t xml:space="preserve">Original </w:t>
            </w:r>
            <w:r w:rsidR="00B25AB3">
              <w:rPr>
                <w:rFonts w:asciiTheme="minorHAnsi" w:hAnsiTheme="minorHAnsi"/>
                <w:color w:val="2F3033" w:themeColor="text1"/>
              </w:rPr>
              <w:t>illustrations/asset</w:t>
            </w:r>
            <w:r w:rsidRPr="00D75BE0">
              <w:rPr>
                <w:rFonts w:asciiTheme="minorHAnsi" w:hAnsiTheme="minorHAnsi"/>
                <w:color w:val="2F3033" w:themeColor="text1"/>
              </w:rPr>
              <w:t xml:space="preserve"> adaptation</w:t>
            </w:r>
          </w:p>
        </w:tc>
        <w:tc>
          <w:tcPr>
            <w:tcW w:w="2629" w:type="dxa"/>
            <w:vAlign w:val="center"/>
          </w:tcPr>
          <w:p w14:paraId="7A4C8D24" w14:textId="77777777" w:rsidR="002851F2" w:rsidRPr="00D75BE0" w:rsidRDefault="00E668DA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 w:rsidRPr="00D75BE0">
              <w:rPr>
                <w:rFonts w:ascii="Segoe UI Symbol" w:hAnsi="Segoe UI Symbol" w:cs="Segoe UI Symbol"/>
                <w:color w:val="2F3033" w:themeColor="text1"/>
              </w:rPr>
              <w:t>☐</w:t>
            </w:r>
            <w:r w:rsidRPr="00D75BE0">
              <w:rPr>
                <w:rFonts w:asciiTheme="minorHAnsi" w:hAnsiTheme="minorHAnsi"/>
                <w:color w:val="2F3033" w:themeColor="text1"/>
              </w:rPr>
              <w:t xml:space="preserve"> Yes  </w:t>
            </w:r>
            <w:r w:rsidRPr="00D75BE0">
              <w:rPr>
                <w:rFonts w:ascii="Segoe UI Symbol" w:hAnsi="Segoe UI Symbol" w:cs="Segoe UI Symbol"/>
                <w:color w:val="2F3033" w:themeColor="text1"/>
              </w:rPr>
              <w:t>☐</w:t>
            </w:r>
            <w:r w:rsidRPr="00D75BE0">
              <w:rPr>
                <w:rFonts w:asciiTheme="minorHAnsi" w:hAnsiTheme="minorHAnsi"/>
                <w:color w:val="2F3033" w:themeColor="text1"/>
              </w:rPr>
              <w:t xml:space="preserve"> No</w:t>
            </w:r>
          </w:p>
        </w:tc>
        <w:tc>
          <w:tcPr>
            <w:tcW w:w="3250" w:type="dxa"/>
            <w:vAlign w:val="center"/>
          </w:tcPr>
          <w:p w14:paraId="65CFA000" w14:textId="77777777" w:rsidR="002851F2" w:rsidRPr="00D75BE0" w:rsidRDefault="002851F2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</w:p>
        </w:tc>
      </w:tr>
      <w:tr w:rsidR="002851F2" w:rsidRPr="00491CDA" w14:paraId="0232EF1F" w14:textId="77777777" w:rsidTr="00D75BE0">
        <w:trPr>
          <w:jc w:val="center"/>
        </w:trPr>
        <w:tc>
          <w:tcPr>
            <w:tcW w:w="3871" w:type="dxa"/>
            <w:vAlign w:val="center"/>
          </w:tcPr>
          <w:p w14:paraId="75C43EA1" w14:textId="77777777" w:rsidR="002851F2" w:rsidRPr="00D75BE0" w:rsidRDefault="00E668DA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 w:rsidRPr="00D75BE0">
              <w:rPr>
                <w:rFonts w:asciiTheme="minorHAnsi" w:hAnsiTheme="minorHAnsi"/>
                <w:color w:val="2F3033" w:themeColor="text1"/>
              </w:rPr>
              <w:t>2D / motion graphics / 3D animation</w:t>
            </w:r>
          </w:p>
        </w:tc>
        <w:tc>
          <w:tcPr>
            <w:tcW w:w="2629" w:type="dxa"/>
            <w:vAlign w:val="center"/>
          </w:tcPr>
          <w:p w14:paraId="04A39B75" w14:textId="77777777" w:rsidR="002851F2" w:rsidRPr="00D75BE0" w:rsidRDefault="00E668DA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 w:rsidRPr="00D75BE0">
              <w:rPr>
                <w:rFonts w:ascii="Segoe UI Symbol" w:hAnsi="Segoe UI Symbol" w:cs="Segoe UI Symbol"/>
                <w:color w:val="2F3033" w:themeColor="text1"/>
              </w:rPr>
              <w:t>☐</w:t>
            </w:r>
            <w:r w:rsidRPr="00D75BE0">
              <w:rPr>
                <w:rFonts w:asciiTheme="minorHAnsi" w:hAnsiTheme="minorHAnsi"/>
                <w:color w:val="2F3033" w:themeColor="text1"/>
              </w:rPr>
              <w:t xml:space="preserve"> Yes  </w:t>
            </w:r>
            <w:r w:rsidRPr="00D75BE0">
              <w:rPr>
                <w:rFonts w:ascii="Segoe UI Symbol" w:hAnsi="Segoe UI Symbol" w:cs="Segoe UI Symbol"/>
                <w:color w:val="2F3033" w:themeColor="text1"/>
              </w:rPr>
              <w:t>☐</w:t>
            </w:r>
            <w:r w:rsidRPr="00D75BE0">
              <w:rPr>
                <w:rFonts w:asciiTheme="minorHAnsi" w:hAnsiTheme="minorHAnsi"/>
                <w:color w:val="2F3033" w:themeColor="text1"/>
              </w:rPr>
              <w:t xml:space="preserve"> No</w:t>
            </w:r>
          </w:p>
        </w:tc>
        <w:tc>
          <w:tcPr>
            <w:tcW w:w="3250" w:type="dxa"/>
            <w:vAlign w:val="center"/>
          </w:tcPr>
          <w:p w14:paraId="138F7973" w14:textId="77777777" w:rsidR="002851F2" w:rsidRPr="00D75BE0" w:rsidRDefault="002851F2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</w:p>
        </w:tc>
      </w:tr>
      <w:tr w:rsidR="002851F2" w:rsidRPr="00491CDA" w14:paraId="6AE6236F" w14:textId="77777777" w:rsidTr="00D75BE0">
        <w:trPr>
          <w:jc w:val="center"/>
        </w:trPr>
        <w:tc>
          <w:tcPr>
            <w:tcW w:w="3871" w:type="dxa"/>
            <w:vAlign w:val="center"/>
          </w:tcPr>
          <w:p w14:paraId="770C3088" w14:textId="77777777" w:rsidR="002851F2" w:rsidRPr="00D75BE0" w:rsidRDefault="00E668DA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 w:rsidRPr="00D75BE0">
              <w:rPr>
                <w:rFonts w:asciiTheme="minorHAnsi" w:hAnsiTheme="minorHAnsi"/>
                <w:color w:val="2F3033" w:themeColor="text1"/>
              </w:rPr>
              <w:t>Voiceover and sound</w:t>
            </w:r>
          </w:p>
        </w:tc>
        <w:tc>
          <w:tcPr>
            <w:tcW w:w="2629" w:type="dxa"/>
            <w:vAlign w:val="center"/>
          </w:tcPr>
          <w:p w14:paraId="29AEBB0F" w14:textId="77777777" w:rsidR="002851F2" w:rsidRPr="00D75BE0" w:rsidRDefault="00E668DA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 w:rsidRPr="00D75BE0">
              <w:rPr>
                <w:rFonts w:ascii="Segoe UI Symbol" w:hAnsi="Segoe UI Symbol" w:cs="Segoe UI Symbol"/>
                <w:color w:val="2F3033" w:themeColor="text1"/>
              </w:rPr>
              <w:t>☐</w:t>
            </w:r>
            <w:r w:rsidRPr="00D75BE0">
              <w:rPr>
                <w:rFonts w:asciiTheme="minorHAnsi" w:hAnsiTheme="minorHAnsi"/>
                <w:color w:val="2F3033" w:themeColor="text1"/>
              </w:rPr>
              <w:t xml:space="preserve"> Yes  </w:t>
            </w:r>
            <w:r w:rsidRPr="00D75BE0">
              <w:rPr>
                <w:rFonts w:ascii="Segoe UI Symbol" w:hAnsi="Segoe UI Symbol" w:cs="Segoe UI Symbol"/>
                <w:color w:val="2F3033" w:themeColor="text1"/>
              </w:rPr>
              <w:t>☐</w:t>
            </w:r>
            <w:r w:rsidRPr="00D75BE0">
              <w:rPr>
                <w:rFonts w:asciiTheme="minorHAnsi" w:hAnsiTheme="minorHAnsi"/>
                <w:color w:val="2F3033" w:themeColor="text1"/>
              </w:rPr>
              <w:t xml:space="preserve"> No</w:t>
            </w:r>
          </w:p>
        </w:tc>
        <w:tc>
          <w:tcPr>
            <w:tcW w:w="3250" w:type="dxa"/>
            <w:vAlign w:val="center"/>
          </w:tcPr>
          <w:p w14:paraId="2F4AFD5A" w14:textId="77777777" w:rsidR="002851F2" w:rsidRPr="00D75BE0" w:rsidRDefault="002851F2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</w:p>
        </w:tc>
      </w:tr>
      <w:tr w:rsidR="002851F2" w:rsidRPr="00491CDA" w14:paraId="50293B10" w14:textId="77777777" w:rsidTr="00D75BE0">
        <w:trPr>
          <w:jc w:val="center"/>
        </w:trPr>
        <w:tc>
          <w:tcPr>
            <w:tcW w:w="3871" w:type="dxa"/>
            <w:vAlign w:val="center"/>
          </w:tcPr>
          <w:p w14:paraId="19EA4CF1" w14:textId="6126D793" w:rsidR="002851F2" w:rsidRPr="00D75BE0" w:rsidRDefault="00B25AB3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>
              <w:rPr>
                <w:rFonts w:asciiTheme="minorHAnsi" w:hAnsiTheme="minorHAnsi"/>
                <w:color w:val="2F3033" w:themeColor="text1"/>
              </w:rPr>
              <w:t>Captions/accessibility</w:t>
            </w:r>
          </w:p>
        </w:tc>
        <w:tc>
          <w:tcPr>
            <w:tcW w:w="2629" w:type="dxa"/>
            <w:vAlign w:val="center"/>
          </w:tcPr>
          <w:p w14:paraId="4C967784" w14:textId="77777777" w:rsidR="002851F2" w:rsidRPr="00D75BE0" w:rsidRDefault="00E668DA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 w:rsidRPr="00D75BE0">
              <w:rPr>
                <w:rFonts w:ascii="Segoe UI Symbol" w:hAnsi="Segoe UI Symbol" w:cs="Segoe UI Symbol"/>
                <w:color w:val="2F3033" w:themeColor="text1"/>
              </w:rPr>
              <w:t>☐</w:t>
            </w:r>
            <w:r w:rsidRPr="00D75BE0">
              <w:rPr>
                <w:rFonts w:asciiTheme="minorHAnsi" w:hAnsiTheme="minorHAnsi"/>
                <w:color w:val="2F3033" w:themeColor="text1"/>
              </w:rPr>
              <w:t xml:space="preserve"> </w:t>
            </w:r>
            <w:proofErr w:type="gramStart"/>
            <w:r w:rsidRPr="00D75BE0">
              <w:rPr>
                <w:rFonts w:asciiTheme="minorHAnsi" w:hAnsiTheme="minorHAnsi"/>
                <w:color w:val="2F3033" w:themeColor="text1"/>
              </w:rPr>
              <w:t xml:space="preserve">Yes  </w:t>
            </w:r>
            <w:r w:rsidRPr="00D75BE0">
              <w:rPr>
                <w:rFonts w:ascii="Segoe UI Symbol" w:hAnsi="Segoe UI Symbol" w:cs="Segoe UI Symbol"/>
                <w:color w:val="2F3033" w:themeColor="text1"/>
              </w:rPr>
              <w:t>☐</w:t>
            </w:r>
            <w:proofErr w:type="gramEnd"/>
            <w:r w:rsidRPr="00D75BE0">
              <w:rPr>
                <w:rFonts w:asciiTheme="minorHAnsi" w:hAnsiTheme="minorHAnsi"/>
                <w:color w:val="2F3033" w:themeColor="text1"/>
              </w:rPr>
              <w:t xml:space="preserve"> No</w:t>
            </w:r>
          </w:p>
        </w:tc>
        <w:tc>
          <w:tcPr>
            <w:tcW w:w="3250" w:type="dxa"/>
            <w:vAlign w:val="center"/>
          </w:tcPr>
          <w:p w14:paraId="4373E51C" w14:textId="77777777" w:rsidR="002851F2" w:rsidRPr="00D75BE0" w:rsidRDefault="002851F2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</w:p>
        </w:tc>
      </w:tr>
      <w:tr w:rsidR="002851F2" w:rsidRPr="00491CDA" w14:paraId="6715738D" w14:textId="77777777" w:rsidTr="00D75BE0">
        <w:trPr>
          <w:jc w:val="center"/>
        </w:trPr>
        <w:tc>
          <w:tcPr>
            <w:tcW w:w="3871" w:type="dxa"/>
            <w:vAlign w:val="center"/>
          </w:tcPr>
          <w:p w14:paraId="58CBB11F" w14:textId="77777777" w:rsidR="002851F2" w:rsidRPr="00D75BE0" w:rsidRDefault="00E668DA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 w:rsidRPr="00D75BE0">
              <w:rPr>
                <w:rFonts w:asciiTheme="minorHAnsi" w:hAnsiTheme="minorHAnsi"/>
                <w:color w:val="2F3033" w:themeColor="text1"/>
              </w:rPr>
              <w:t>Aspect ratios / alternate versions</w:t>
            </w:r>
          </w:p>
        </w:tc>
        <w:tc>
          <w:tcPr>
            <w:tcW w:w="2629" w:type="dxa"/>
            <w:vAlign w:val="center"/>
          </w:tcPr>
          <w:p w14:paraId="1956EA13" w14:textId="77777777" w:rsidR="002851F2" w:rsidRPr="00D75BE0" w:rsidRDefault="00E668DA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 w:rsidRPr="00D75BE0">
              <w:rPr>
                <w:rFonts w:ascii="Segoe UI Symbol" w:hAnsi="Segoe UI Symbol" w:cs="Segoe UI Symbol"/>
                <w:color w:val="2F3033" w:themeColor="text1"/>
              </w:rPr>
              <w:t>☐</w:t>
            </w:r>
            <w:r w:rsidRPr="00D75BE0">
              <w:rPr>
                <w:rFonts w:asciiTheme="minorHAnsi" w:hAnsiTheme="minorHAnsi"/>
                <w:color w:val="2F3033" w:themeColor="text1"/>
              </w:rPr>
              <w:t xml:space="preserve"> Yes  </w:t>
            </w:r>
            <w:r w:rsidRPr="00D75BE0">
              <w:rPr>
                <w:rFonts w:ascii="Segoe UI Symbol" w:hAnsi="Segoe UI Symbol" w:cs="Segoe UI Symbol"/>
                <w:color w:val="2F3033" w:themeColor="text1"/>
              </w:rPr>
              <w:t>☐</w:t>
            </w:r>
            <w:r w:rsidRPr="00D75BE0">
              <w:rPr>
                <w:rFonts w:asciiTheme="minorHAnsi" w:hAnsiTheme="minorHAnsi"/>
                <w:color w:val="2F3033" w:themeColor="text1"/>
              </w:rPr>
              <w:t xml:space="preserve"> No</w:t>
            </w:r>
          </w:p>
        </w:tc>
        <w:tc>
          <w:tcPr>
            <w:tcW w:w="3250" w:type="dxa"/>
            <w:vAlign w:val="center"/>
          </w:tcPr>
          <w:p w14:paraId="365E9F63" w14:textId="77777777" w:rsidR="002851F2" w:rsidRPr="00D75BE0" w:rsidRDefault="002851F2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</w:p>
        </w:tc>
      </w:tr>
      <w:tr w:rsidR="002851F2" w:rsidRPr="00491CDA" w14:paraId="3D105491" w14:textId="77777777" w:rsidTr="00D75BE0">
        <w:trPr>
          <w:jc w:val="center"/>
        </w:trPr>
        <w:tc>
          <w:tcPr>
            <w:tcW w:w="3871" w:type="dxa"/>
            <w:vAlign w:val="center"/>
          </w:tcPr>
          <w:p w14:paraId="3CFED937" w14:textId="2108E169" w:rsidR="002851F2" w:rsidRPr="00D75BE0" w:rsidRDefault="00E668DA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 w:rsidRPr="00D75BE0">
              <w:rPr>
                <w:rFonts w:asciiTheme="minorHAnsi" w:hAnsiTheme="minorHAnsi"/>
                <w:color w:val="2F3033" w:themeColor="text1"/>
              </w:rPr>
              <w:t xml:space="preserve">Editable source </w:t>
            </w:r>
            <w:r w:rsidR="00B25AB3">
              <w:rPr>
                <w:rFonts w:asciiTheme="minorHAnsi" w:hAnsiTheme="minorHAnsi"/>
                <w:color w:val="2F3033" w:themeColor="text1"/>
              </w:rPr>
              <w:t>files/ownership</w:t>
            </w:r>
          </w:p>
        </w:tc>
        <w:tc>
          <w:tcPr>
            <w:tcW w:w="2629" w:type="dxa"/>
            <w:vAlign w:val="center"/>
          </w:tcPr>
          <w:p w14:paraId="17DFE987" w14:textId="77777777" w:rsidR="002851F2" w:rsidRPr="00D75BE0" w:rsidRDefault="00E668DA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 w:rsidRPr="00D75BE0">
              <w:rPr>
                <w:rFonts w:ascii="Segoe UI Symbol" w:hAnsi="Segoe UI Symbol" w:cs="Segoe UI Symbol"/>
                <w:color w:val="2F3033" w:themeColor="text1"/>
              </w:rPr>
              <w:t>☐</w:t>
            </w:r>
            <w:r w:rsidRPr="00D75BE0">
              <w:rPr>
                <w:rFonts w:asciiTheme="minorHAnsi" w:hAnsiTheme="minorHAnsi"/>
                <w:color w:val="2F3033" w:themeColor="text1"/>
              </w:rPr>
              <w:t xml:space="preserve"> </w:t>
            </w:r>
            <w:proofErr w:type="gramStart"/>
            <w:r w:rsidRPr="00D75BE0">
              <w:rPr>
                <w:rFonts w:asciiTheme="minorHAnsi" w:hAnsiTheme="minorHAnsi"/>
                <w:color w:val="2F3033" w:themeColor="text1"/>
              </w:rPr>
              <w:t xml:space="preserve">Yes  </w:t>
            </w:r>
            <w:r w:rsidRPr="00D75BE0">
              <w:rPr>
                <w:rFonts w:ascii="Segoe UI Symbol" w:hAnsi="Segoe UI Symbol" w:cs="Segoe UI Symbol"/>
                <w:color w:val="2F3033" w:themeColor="text1"/>
              </w:rPr>
              <w:t>☐</w:t>
            </w:r>
            <w:proofErr w:type="gramEnd"/>
            <w:r w:rsidRPr="00D75BE0">
              <w:rPr>
                <w:rFonts w:asciiTheme="minorHAnsi" w:hAnsiTheme="minorHAnsi"/>
                <w:color w:val="2F3033" w:themeColor="text1"/>
              </w:rPr>
              <w:t xml:space="preserve"> No</w:t>
            </w:r>
          </w:p>
        </w:tc>
        <w:tc>
          <w:tcPr>
            <w:tcW w:w="3250" w:type="dxa"/>
            <w:vAlign w:val="center"/>
          </w:tcPr>
          <w:p w14:paraId="040E8BA8" w14:textId="77777777" w:rsidR="002851F2" w:rsidRPr="00D75BE0" w:rsidRDefault="002851F2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</w:p>
        </w:tc>
      </w:tr>
      <w:tr w:rsidR="002851F2" w:rsidRPr="00491CDA" w14:paraId="2AA4C1F5" w14:textId="77777777" w:rsidTr="00D75BE0">
        <w:trPr>
          <w:jc w:val="center"/>
        </w:trPr>
        <w:tc>
          <w:tcPr>
            <w:tcW w:w="3871" w:type="dxa"/>
            <w:vAlign w:val="center"/>
          </w:tcPr>
          <w:p w14:paraId="368922C8" w14:textId="77777777" w:rsidR="002851F2" w:rsidRPr="00D75BE0" w:rsidRDefault="00E668DA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 w:rsidRPr="00D75BE0">
              <w:rPr>
                <w:rFonts w:asciiTheme="minorHAnsi" w:hAnsiTheme="minorHAnsi"/>
                <w:color w:val="2F3033" w:themeColor="text1"/>
              </w:rPr>
              <w:t>Future update arrangement</w:t>
            </w:r>
          </w:p>
        </w:tc>
        <w:tc>
          <w:tcPr>
            <w:tcW w:w="2629" w:type="dxa"/>
            <w:vAlign w:val="center"/>
          </w:tcPr>
          <w:p w14:paraId="46081FE8" w14:textId="77777777" w:rsidR="002851F2" w:rsidRPr="00D75BE0" w:rsidRDefault="00E668DA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 w:rsidRPr="00D75BE0">
              <w:rPr>
                <w:rFonts w:ascii="Segoe UI Symbol" w:hAnsi="Segoe UI Symbol" w:cs="Segoe UI Symbol"/>
                <w:color w:val="2F3033" w:themeColor="text1"/>
              </w:rPr>
              <w:t>☐</w:t>
            </w:r>
            <w:r w:rsidRPr="00D75BE0">
              <w:rPr>
                <w:rFonts w:asciiTheme="minorHAnsi" w:hAnsiTheme="minorHAnsi"/>
                <w:color w:val="2F3033" w:themeColor="text1"/>
              </w:rPr>
              <w:t xml:space="preserve"> Yes  </w:t>
            </w:r>
            <w:r w:rsidRPr="00D75BE0">
              <w:rPr>
                <w:rFonts w:ascii="Segoe UI Symbol" w:hAnsi="Segoe UI Symbol" w:cs="Segoe UI Symbol"/>
                <w:color w:val="2F3033" w:themeColor="text1"/>
              </w:rPr>
              <w:t>☐</w:t>
            </w:r>
            <w:r w:rsidRPr="00D75BE0">
              <w:rPr>
                <w:rFonts w:asciiTheme="minorHAnsi" w:hAnsiTheme="minorHAnsi"/>
                <w:color w:val="2F3033" w:themeColor="text1"/>
              </w:rPr>
              <w:t xml:space="preserve"> No</w:t>
            </w:r>
          </w:p>
        </w:tc>
        <w:tc>
          <w:tcPr>
            <w:tcW w:w="3250" w:type="dxa"/>
            <w:vAlign w:val="center"/>
          </w:tcPr>
          <w:p w14:paraId="40BCEB89" w14:textId="77777777" w:rsidR="002851F2" w:rsidRPr="00D75BE0" w:rsidRDefault="002851F2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</w:p>
        </w:tc>
      </w:tr>
    </w:tbl>
    <w:p w14:paraId="0DB1B005" w14:textId="77777777" w:rsidR="002851F2" w:rsidRPr="00C55A2D" w:rsidRDefault="00E668DA">
      <w:pPr>
        <w:pStyle w:val="Heading1"/>
        <w:rPr>
          <w:b w:val="0"/>
          <w:bCs w:val="0"/>
          <w:color w:val="024AD8" w:themeColor="text2"/>
        </w:rPr>
      </w:pPr>
      <w:r w:rsidRPr="00C55A2D">
        <w:rPr>
          <w:b w:val="0"/>
          <w:bCs w:val="0"/>
          <w:color w:val="024AD8" w:themeColor="text2"/>
        </w:rPr>
        <w:t>Approval and review</w:t>
      </w:r>
    </w:p>
    <w:p w14:paraId="74BA6563" w14:textId="43042D17" w:rsidR="002851F2" w:rsidRPr="00491CDA" w:rsidRDefault="00E668DA">
      <w:pPr>
        <w:rPr>
          <w:rFonts w:asciiTheme="minorHAnsi" w:hAnsiTheme="minorHAnsi"/>
          <w:color w:val="2F3033" w:themeColor="text1"/>
        </w:rPr>
      </w:pPr>
      <w:r w:rsidRPr="00491CDA">
        <w:rPr>
          <w:rFonts w:asciiTheme="minorHAnsi" w:hAnsiTheme="minorHAnsi"/>
          <w:color w:val="2F3033" w:themeColor="text1"/>
        </w:rPr>
        <w:t xml:space="preserve">Who consolidates </w:t>
      </w:r>
      <w:proofErr w:type="gramStart"/>
      <w:r w:rsidRPr="00491CDA">
        <w:rPr>
          <w:rFonts w:asciiTheme="minorHAnsi" w:hAnsiTheme="minorHAnsi"/>
          <w:color w:val="2F3033" w:themeColor="text1"/>
        </w:rPr>
        <w:t>feedback?:</w:t>
      </w:r>
      <w:proofErr w:type="gramEnd"/>
      <w:r w:rsidRPr="00491CDA">
        <w:rPr>
          <w:rFonts w:asciiTheme="minorHAnsi" w:hAnsiTheme="minorHAnsi"/>
          <w:color w:val="2F3033" w:themeColor="text1"/>
        </w:rPr>
        <w:t xml:space="preserve"> </w:t>
      </w:r>
    </w:p>
    <w:p w14:paraId="2DD0824C" w14:textId="1242A8CB" w:rsidR="002851F2" w:rsidRPr="00491CDA" w:rsidRDefault="00E668DA">
      <w:pPr>
        <w:rPr>
          <w:rFonts w:asciiTheme="minorHAnsi" w:hAnsiTheme="minorHAnsi"/>
          <w:color w:val="2F3033" w:themeColor="text1"/>
        </w:rPr>
      </w:pPr>
      <w:r w:rsidRPr="00491CDA">
        <w:rPr>
          <w:rFonts w:asciiTheme="minorHAnsi" w:hAnsiTheme="minorHAnsi"/>
          <w:color w:val="2F3033" w:themeColor="text1"/>
        </w:rPr>
        <w:t xml:space="preserve">Review rounds and stages required:  </w:t>
      </w:r>
    </w:p>
    <w:p w14:paraId="332376DA" w14:textId="77777777" w:rsidR="002851F2" w:rsidRPr="00491CDA" w:rsidRDefault="00E668DA">
      <w:pPr>
        <w:rPr>
          <w:rFonts w:asciiTheme="minorHAnsi" w:hAnsiTheme="minorHAnsi"/>
          <w:color w:val="2F3033" w:themeColor="text1"/>
        </w:rPr>
      </w:pPr>
      <w:r w:rsidRPr="00491CDA">
        <w:rPr>
          <w:rFonts w:asciiTheme="minorHAnsi" w:hAnsiTheme="minorHAnsi"/>
          <w:color w:val="2F3033" w:themeColor="text1"/>
        </w:rPr>
        <w:t>Changes likely during production (interface updates, compliance, stakeholder input):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749"/>
      </w:tblGrid>
      <w:tr w:rsidR="002851F2" w:rsidRPr="00491CDA" w14:paraId="1776EE0B" w14:textId="77777777" w:rsidTr="00D75BE0">
        <w:trPr>
          <w:jc w:val="center"/>
        </w:trPr>
        <w:tc>
          <w:tcPr>
            <w:tcW w:w="9749" w:type="dxa"/>
            <w:shd w:val="clear" w:color="auto" w:fill="C4D8FE" w:themeFill="text2" w:themeFillTint="33"/>
          </w:tcPr>
          <w:p w14:paraId="7293497B" w14:textId="77777777" w:rsidR="002851F2" w:rsidRPr="00491CDA" w:rsidRDefault="00E668DA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 w:rsidRPr="00491CDA">
              <w:rPr>
                <w:rFonts w:asciiTheme="minorHAnsi" w:hAnsiTheme="minorHAnsi"/>
                <w:b/>
                <w:color w:val="2F3033" w:themeColor="text1"/>
              </w:rPr>
              <w:t>Notes</w:t>
            </w:r>
          </w:p>
        </w:tc>
      </w:tr>
      <w:tr w:rsidR="002851F2" w:rsidRPr="00491CDA" w14:paraId="60343D80" w14:textId="77777777">
        <w:trPr>
          <w:jc w:val="center"/>
        </w:trPr>
        <w:tc>
          <w:tcPr>
            <w:tcW w:w="9749" w:type="dxa"/>
            <w:vAlign w:val="center"/>
          </w:tcPr>
          <w:p w14:paraId="4896E74D" w14:textId="77777777" w:rsidR="002851F2" w:rsidRPr="00491CDA" w:rsidRDefault="00E668DA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 w:rsidRPr="00491CDA">
              <w:rPr>
                <w:rFonts w:asciiTheme="minorHAnsi" w:hAnsiTheme="minorHAnsi"/>
                <w:color w:val="2F3033" w:themeColor="text1"/>
              </w:rPr>
              <w:br/>
            </w:r>
            <w:r w:rsidRPr="00491CDA">
              <w:rPr>
                <w:rFonts w:asciiTheme="minorHAnsi" w:hAnsiTheme="minorHAnsi"/>
                <w:color w:val="2F3033" w:themeColor="text1"/>
              </w:rPr>
              <w:br/>
            </w:r>
          </w:p>
        </w:tc>
      </w:tr>
    </w:tbl>
    <w:p w14:paraId="4F28511C" w14:textId="77777777" w:rsidR="002851F2" w:rsidRPr="00491CDA" w:rsidRDefault="00E668DA">
      <w:pPr>
        <w:rPr>
          <w:rFonts w:asciiTheme="minorHAnsi" w:hAnsiTheme="minorHAnsi"/>
          <w:color w:val="2F3033" w:themeColor="text1"/>
        </w:rPr>
      </w:pPr>
      <w:r w:rsidRPr="00491CDA">
        <w:rPr>
          <w:rFonts w:asciiTheme="minorHAnsi" w:hAnsiTheme="minorHAnsi"/>
          <w:color w:val="2F3033" w:themeColor="text1"/>
        </w:rPr>
        <w:br w:type="page"/>
      </w:r>
    </w:p>
    <w:p w14:paraId="58BC7171" w14:textId="77777777" w:rsidR="002851F2" w:rsidRPr="00E43F79" w:rsidRDefault="00E668DA">
      <w:pPr>
        <w:pStyle w:val="Heading1"/>
        <w:rPr>
          <w:b w:val="0"/>
          <w:bCs w:val="0"/>
          <w:color w:val="024AD8" w:themeColor="text2"/>
        </w:rPr>
      </w:pPr>
      <w:proofErr w:type="gramStart"/>
      <w:r w:rsidRPr="00E43F79">
        <w:rPr>
          <w:b w:val="0"/>
          <w:bCs w:val="0"/>
          <w:color w:val="024AD8" w:themeColor="text2"/>
        </w:rPr>
        <w:lastRenderedPageBreak/>
        <w:t>04  Compare</w:t>
      </w:r>
      <w:proofErr w:type="gramEnd"/>
      <w:r w:rsidRPr="00E43F79">
        <w:rPr>
          <w:b w:val="0"/>
          <w:bCs w:val="0"/>
          <w:color w:val="024AD8" w:themeColor="text2"/>
        </w:rPr>
        <w:t xml:space="preserve"> vendor quotations</w:t>
      </w:r>
    </w:p>
    <w:p w14:paraId="5058E6D3" w14:textId="77777777" w:rsidR="002851F2" w:rsidRPr="00491CDA" w:rsidRDefault="00E668DA">
      <w:pPr>
        <w:rPr>
          <w:rFonts w:asciiTheme="minorHAnsi" w:hAnsiTheme="minorHAnsi"/>
          <w:color w:val="2F3033" w:themeColor="text1"/>
        </w:rPr>
      </w:pPr>
      <w:r w:rsidRPr="00491CDA">
        <w:rPr>
          <w:rFonts w:asciiTheme="minorHAnsi" w:hAnsiTheme="minorHAnsi"/>
          <w:color w:val="2F3033" w:themeColor="text1"/>
        </w:rPr>
        <w:t>Use actual written quotes only. Leave all monetary fields blank until received; compare like-for-like scope rather than price alone.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90"/>
        <w:gridCol w:w="2319"/>
        <w:gridCol w:w="2324"/>
        <w:gridCol w:w="2323"/>
      </w:tblGrid>
      <w:tr w:rsidR="002851F2" w:rsidRPr="00491CDA" w14:paraId="1A32E3D5" w14:textId="77777777" w:rsidTr="00E43F79">
        <w:trPr>
          <w:jc w:val="center"/>
        </w:trPr>
        <w:tc>
          <w:tcPr>
            <w:tcW w:w="2790" w:type="dxa"/>
            <w:shd w:val="clear" w:color="auto" w:fill="C4D8FE" w:themeFill="text2" w:themeFillTint="33"/>
          </w:tcPr>
          <w:p w14:paraId="7D9C0045" w14:textId="77777777" w:rsidR="002851F2" w:rsidRPr="00491CDA" w:rsidRDefault="00E668DA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 w:rsidRPr="00491CDA">
              <w:rPr>
                <w:rFonts w:asciiTheme="minorHAnsi" w:hAnsiTheme="minorHAnsi"/>
                <w:b/>
                <w:color w:val="2F3033" w:themeColor="text1"/>
              </w:rPr>
              <w:t>Comparison</w:t>
            </w:r>
          </w:p>
        </w:tc>
        <w:tc>
          <w:tcPr>
            <w:tcW w:w="2319" w:type="dxa"/>
            <w:shd w:val="clear" w:color="auto" w:fill="C4D8FE" w:themeFill="text2" w:themeFillTint="33"/>
          </w:tcPr>
          <w:p w14:paraId="64C34C2D" w14:textId="77777777" w:rsidR="002851F2" w:rsidRPr="00491CDA" w:rsidRDefault="00E668DA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 w:rsidRPr="00491CDA">
              <w:rPr>
                <w:rFonts w:asciiTheme="minorHAnsi" w:hAnsiTheme="minorHAnsi"/>
                <w:b/>
                <w:color w:val="2F3033" w:themeColor="text1"/>
              </w:rPr>
              <w:t>Vendor A</w:t>
            </w:r>
          </w:p>
        </w:tc>
        <w:tc>
          <w:tcPr>
            <w:tcW w:w="2319" w:type="dxa"/>
            <w:shd w:val="clear" w:color="auto" w:fill="C4D8FE" w:themeFill="text2" w:themeFillTint="33"/>
          </w:tcPr>
          <w:p w14:paraId="334E56F4" w14:textId="77777777" w:rsidR="002851F2" w:rsidRPr="00491CDA" w:rsidRDefault="00E668DA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 w:rsidRPr="00491CDA">
              <w:rPr>
                <w:rFonts w:asciiTheme="minorHAnsi" w:hAnsiTheme="minorHAnsi"/>
                <w:b/>
                <w:color w:val="2F3033" w:themeColor="text1"/>
              </w:rPr>
              <w:t>Vendor B</w:t>
            </w:r>
          </w:p>
        </w:tc>
        <w:tc>
          <w:tcPr>
            <w:tcW w:w="2323" w:type="dxa"/>
            <w:shd w:val="clear" w:color="auto" w:fill="C4D8FE" w:themeFill="text2" w:themeFillTint="33"/>
          </w:tcPr>
          <w:p w14:paraId="5F6AAB1A" w14:textId="77777777" w:rsidR="002851F2" w:rsidRPr="00491CDA" w:rsidRDefault="00E668DA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 w:rsidRPr="00491CDA">
              <w:rPr>
                <w:rFonts w:asciiTheme="minorHAnsi" w:hAnsiTheme="minorHAnsi"/>
                <w:b/>
                <w:color w:val="2F3033" w:themeColor="text1"/>
              </w:rPr>
              <w:t>Vendor C</w:t>
            </w:r>
          </w:p>
        </w:tc>
      </w:tr>
      <w:tr w:rsidR="002851F2" w:rsidRPr="00491CDA" w14:paraId="05DEB1AB" w14:textId="77777777" w:rsidTr="00E43F79">
        <w:trPr>
          <w:jc w:val="center"/>
        </w:trPr>
        <w:tc>
          <w:tcPr>
            <w:tcW w:w="2790" w:type="dxa"/>
            <w:vAlign w:val="center"/>
          </w:tcPr>
          <w:p w14:paraId="2D5B1E9F" w14:textId="1CA09E9D" w:rsidR="002851F2" w:rsidRPr="00491CDA" w:rsidRDefault="00B25AB3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>
              <w:rPr>
                <w:rFonts w:asciiTheme="minorHAnsi" w:hAnsiTheme="minorHAnsi"/>
                <w:color w:val="2F3033" w:themeColor="text1"/>
              </w:rPr>
              <w:t>Vendor/contact</w:t>
            </w:r>
          </w:p>
        </w:tc>
        <w:tc>
          <w:tcPr>
            <w:tcW w:w="2314" w:type="dxa"/>
            <w:vAlign w:val="center"/>
          </w:tcPr>
          <w:p w14:paraId="1BB2951A" w14:textId="77777777" w:rsidR="002851F2" w:rsidRPr="00491CDA" w:rsidRDefault="002851F2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</w:p>
        </w:tc>
        <w:tc>
          <w:tcPr>
            <w:tcW w:w="2324" w:type="dxa"/>
            <w:vAlign w:val="center"/>
          </w:tcPr>
          <w:p w14:paraId="2D0ECA08" w14:textId="77777777" w:rsidR="002851F2" w:rsidRPr="00491CDA" w:rsidRDefault="002851F2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</w:p>
        </w:tc>
        <w:tc>
          <w:tcPr>
            <w:tcW w:w="2323" w:type="dxa"/>
            <w:vAlign w:val="center"/>
          </w:tcPr>
          <w:p w14:paraId="2B69689A" w14:textId="77777777" w:rsidR="002851F2" w:rsidRPr="00491CDA" w:rsidRDefault="002851F2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</w:p>
        </w:tc>
      </w:tr>
      <w:tr w:rsidR="002851F2" w:rsidRPr="00491CDA" w14:paraId="63AF7C3B" w14:textId="77777777" w:rsidTr="00E43F79">
        <w:trPr>
          <w:jc w:val="center"/>
        </w:trPr>
        <w:tc>
          <w:tcPr>
            <w:tcW w:w="2790" w:type="dxa"/>
            <w:vAlign w:val="center"/>
          </w:tcPr>
          <w:p w14:paraId="4B5298CE" w14:textId="77777777" w:rsidR="002851F2" w:rsidRPr="00491CDA" w:rsidRDefault="00E668DA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 w:rsidRPr="00491CDA">
              <w:rPr>
                <w:rFonts w:asciiTheme="minorHAnsi" w:hAnsiTheme="minorHAnsi"/>
                <w:color w:val="2F3033" w:themeColor="text1"/>
              </w:rPr>
              <w:t>Quote amount (currency)</w:t>
            </w:r>
          </w:p>
        </w:tc>
        <w:tc>
          <w:tcPr>
            <w:tcW w:w="2314" w:type="dxa"/>
            <w:vAlign w:val="center"/>
          </w:tcPr>
          <w:p w14:paraId="3ABCECB4" w14:textId="77777777" w:rsidR="002851F2" w:rsidRPr="00491CDA" w:rsidRDefault="002851F2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</w:p>
        </w:tc>
        <w:tc>
          <w:tcPr>
            <w:tcW w:w="2324" w:type="dxa"/>
            <w:vAlign w:val="center"/>
          </w:tcPr>
          <w:p w14:paraId="7CD1955F" w14:textId="77777777" w:rsidR="002851F2" w:rsidRPr="00491CDA" w:rsidRDefault="002851F2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</w:p>
        </w:tc>
        <w:tc>
          <w:tcPr>
            <w:tcW w:w="2323" w:type="dxa"/>
            <w:vAlign w:val="center"/>
          </w:tcPr>
          <w:p w14:paraId="0F5C5181" w14:textId="77777777" w:rsidR="002851F2" w:rsidRPr="00491CDA" w:rsidRDefault="002851F2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</w:p>
        </w:tc>
      </w:tr>
      <w:tr w:rsidR="002851F2" w:rsidRPr="00491CDA" w14:paraId="5DD985F0" w14:textId="77777777" w:rsidTr="00E43F79">
        <w:trPr>
          <w:jc w:val="center"/>
        </w:trPr>
        <w:tc>
          <w:tcPr>
            <w:tcW w:w="2790" w:type="dxa"/>
            <w:vAlign w:val="center"/>
          </w:tcPr>
          <w:p w14:paraId="5E3DD061" w14:textId="2D9652DA" w:rsidR="002851F2" w:rsidRPr="00491CDA" w:rsidRDefault="00B25AB3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>
              <w:rPr>
                <w:rFonts w:asciiTheme="minorHAnsi" w:hAnsiTheme="minorHAnsi"/>
                <w:color w:val="2F3033" w:themeColor="text1"/>
              </w:rPr>
              <w:t>Script/discovery</w:t>
            </w:r>
            <w:r w:rsidR="00E668DA" w:rsidRPr="00491CDA">
              <w:rPr>
                <w:rFonts w:asciiTheme="minorHAnsi" w:hAnsiTheme="minorHAnsi"/>
                <w:color w:val="2F3033" w:themeColor="text1"/>
              </w:rPr>
              <w:t xml:space="preserve"> included?</w:t>
            </w:r>
          </w:p>
        </w:tc>
        <w:tc>
          <w:tcPr>
            <w:tcW w:w="2314" w:type="dxa"/>
            <w:vAlign w:val="center"/>
          </w:tcPr>
          <w:p w14:paraId="046FF721" w14:textId="77777777" w:rsidR="002851F2" w:rsidRPr="00491CDA" w:rsidRDefault="002851F2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</w:p>
        </w:tc>
        <w:tc>
          <w:tcPr>
            <w:tcW w:w="2324" w:type="dxa"/>
            <w:vAlign w:val="center"/>
          </w:tcPr>
          <w:p w14:paraId="566850F4" w14:textId="77777777" w:rsidR="002851F2" w:rsidRPr="00491CDA" w:rsidRDefault="002851F2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</w:p>
        </w:tc>
        <w:tc>
          <w:tcPr>
            <w:tcW w:w="2323" w:type="dxa"/>
            <w:vAlign w:val="center"/>
          </w:tcPr>
          <w:p w14:paraId="7AF681AB" w14:textId="77777777" w:rsidR="002851F2" w:rsidRPr="00491CDA" w:rsidRDefault="002851F2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</w:p>
        </w:tc>
      </w:tr>
      <w:tr w:rsidR="002851F2" w:rsidRPr="00491CDA" w14:paraId="28E67F9B" w14:textId="77777777" w:rsidTr="00E43F79">
        <w:trPr>
          <w:jc w:val="center"/>
        </w:trPr>
        <w:tc>
          <w:tcPr>
            <w:tcW w:w="2790" w:type="dxa"/>
            <w:vAlign w:val="center"/>
          </w:tcPr>
          <w:p w14:paraId="7CF43C19" w14:textId="68AC12EF" w:rsidR="002851F2" w:rsidRPr="00491CDA" w:rsidRDefault="00B25AB3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>
              <w:rPr>
                <w:rFonts w:asciiTheme="minorHAnsi" w:hAnsiTheme="minorHAnsi"/>
                <w:color w:val="2F3033" w:themeColor="text1"/>
              </w:rPr>
              <w:t>Storyboard/artwork</w:t>
            </w:r>
            <w:r w:rsidR="00E668DA" w:rsidRPr="00491CDA">
              <w:rPr>
                <w:rFonts w:asciiTheme="minorHAnsi" w:hAnsiTheme="minorHAnsi"/>
                <w:color w:val="2F3033" w:themeColor="text1"/>
              </w:rPr>
              <w:t xml:space="preserve"> included?</w:t>
            </w:r>
          </w:p>
        </w:tc>
        <w:tc>
          <w:tcPr>
            <w:tcW w:w="2314" w:type="dxa"/>
            <w:vAlign w:val="center"/>
          </w:tcPr>
          <w:p w14:paraId="40B28B36" w14:textId="77777777" w:rsidR="002851F2" w:rsidRPr="00491CDA" w:rsidRDefault="002851F2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</w:p>
        </w:tc>
        <w:tc>
          <w:tcPr>
            <w:tcW w:w="2324" w:type="dxa"/>
            <w:vAlign w:val="center"/>
          </w:tcPr>
          <w:p w14:paraId="1C936179" w14:textId="77777777" w:rsidR="002851F2" w:rsidRPr="00491CDA" w:rsidRDefault="002851F2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</w:p>
        </w:tc>
        <w:tc>
          <w:tcPr>
            <w:tcW w:w="2323" w:type="dxa"/>
            <w:vAlign w:val="center"/>
          </w:tcPr>
          <w:p w14:paraId="5D0F240A" w14:textId="77777777" w:rsidR="002851F2" w:rsidRPr="00491CDA" w:rsidRDefault="002851F2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</w:p>
        </w:tc>
      </w:tr>
      <w:tr w:rsidR="002851F2" w:rsidRPr="00491CDA" w14:paraId="04FD6963" w14:textId="77777777" w:rsidTr="00E43F79">
        <w:trPr>
          <w:jc w:val="center"/>
        </w:trPr>
        <w:tc>
          <w:tcPr>
            <w:tcW w:w="2790" w:type="dxa"/>
            <w:vAlign w:val="center"/>
          </w:tcPr>
          <w:p w14:paraId="2DBA2D55" w14:textId="7DADB420" w:rsidR="002851F2" w:rsidRPr="00491CDA" w:rsidRDefault="00B25AB3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>
              <w:rPr>
                <w:rFonts w:asciiTheme="minorHAnsi" w:hAnsiTheme="minorHAnsi"/>
                <w:color w:val="2F3033" w:themeColor="text1"/>
              </w:rPr>
              <w:t>Animation/audio</w:t>
            </w:r>
            <w:r w:rsidR="00E668DA" w:rsidRPr="00491CDA">
              <w:rPr>
                <w:rFonts w:asciiTheme="minorHAnsi" w:hAnsiTheme="minorHAnsi"/>
                <w:color w:val="2F3033" w:themeColor="text1"/>
              </w:rPr>
              <w:t xml:space="preserve"> included?</w:t>
            </w:r>
          </w:p>
        </w:tc>
        <w:tc>
          <w:tcPr>
            <w:tcW w:w="2314" w:type="dxa"/>
            <w:vAlign w:val="center"/>
          </w:tcPr>
          <w:p w14:paraId="5A69EF6B" w14:textId="77777777" w:rsidR="002851F2" w:rsidRPr="00491CDA" w:rsidRDefault="002851F2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</w:p>
        </w:tc>
        <w:tc>
          <w:tcPr>
            <w:tcW w:w="2324" w:type="dxa"/>
            <w:vAlign w:val="center"/>
          </w:tcPr>
          <w:p w14:paraId="2D12B809" w14:textId="77777777" w:rsidR="002851F2" w:rsidRPr="00491CDA" w:rsidRDefault="002851F2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</w:p>
        </w:tc>
        <w:tc>
          <w:tcPr>
            <w:tcW w:w="2323" w:type="dxa"/>
            <w:vAlign w:val="center"/>
          </w:tcPr>
          <w:p w14:paraId="422AF4C8" w14:textId="77777777" w:rsidR="002851F2" w:rsidRPr="00491CDA" w:rsidRDefault="002851F2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</w:p>
        </w:tc>
      </w:tr>
      <w:tr w:rsidR="002851F2" w:rsidRPr="00491CDA" w14:paraId="6A722FF3" w14:textId="77777777" w:rsidTr="00E43F79">
        <w:trPr>
          <w:jc w:val="center"/>
        </w:trPr>
        <w:tc>
          <w:tcPr>
            <w:tcW w:w="2790" w:type="dxa"/>
            <w:vAlign w:val="center"/>
          </w:tcPr>
          <w:p w14:paraId="08C0AE72" w14:textId="59830208" w:rsidR="002851F2" w:rsidRPr="00491CDA" w:rsidRDefault="00B25AB3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>
              <w:rPr>
                <w:rFonts w:asciiTheme="minorHAnsi" w:hAnsiTheme="minorHAnsi"/>
                <w:color w:val="2F3033" w:themeColor="text1"/>
              </w:rPr>
              <w:t>Deliverables/versions</w:t>
            </w:r>
          </w:p>
        </w:tc>
        <w:tc>
          <w:tcPr>
            <w:tcW w:w="2314" w:type="dxa"/>
            <w:vAlign w:val="center"/>
          </w:tcPr>
          <w:p w14:paraId="62F0F6B9" w14:textId="77777777" w:rsidR="002851F2" w:rsidRPr="00491CDA" w:rsidRDefault="002851F2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</w:p>
        </w:tc>
        <w:tc>
          <w:tcPr>
            <w:tcW w:w="2324" w:type="dxa"/>
            <w:vAlign w:val="center"/>
          </w:tcPr>
          <w:p w14:paraId="5135F099" w14:textId="77777777" w:rsidR="002851F2" w:rsidRPr="00491CDA" w:rsidRDefault="002851F2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</w:p>
        </w:tc>
        <w:tc>
          <w:tcPr>
            <w:tcW w:w="2323" w:type="dxa"/>
            <w:vAlign w:val="center"/>
          </w:tcPr>
          <w:p w14:paraId="1D5BEBCF" w14:textId="77777777" w:rsidR="002851F2" w:rsidRPr="00491CDA" w:rsidRDefault="002851F2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</w:p>
        </w:tc>
      </w:tr>
      <w:tr w:rsidR="002851F2" w:rsidRPr="00491CDA" w14:paraId="586199DA" w14:textId="77777777" w:rsidTr="00E43F79">
        <w:trPr>
          <w:jc w:val="center"/>
        </w:trPr>
        <w:tc>
          <w:tcPr>
            <w:tcW w:w="2790" w:type="dxa"/>
            <w:vAlign w:val="center"/>
          </w:tcPr>
          <w:p w14:paraId="39A66F9E" w14:textId="77777777" w:rsidR="002851F2" w:rsidRPr="00491CDA" w:rsidRDefault="00E668DA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 w:rsidRPr="00491CDA">
              <w:rPr>
                <w:rFonts w:asciiTheme="minorHAnsi" w:hAnsiTheme="minorHAnsi"/>
                <w:color w:val="2F3033" w:themeColor="text1"/>
              </w:rPr>
              <w:t>Revision terms</w:t>
            </w:r>
          </w:p>
        </w:tc>
        <w:tc>
          <w:tcPr>
            <w:tcW w:w="2314" w:type="dxa"/>
            <w:vAlign w:val="center"/>
          </w:tcPr>
          <w:p w14:paraId="4114E148" w14:textId="77777777" w:rsidR="002851F2" w:rsidRPr="00491CDA" w:rsidRDefault="002851F2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</w:p>
        </w:tc>
        <w:tc>
          <w:tcPr>
            <w:tcW w:w="2324" w:type="dxa"/>
            <w:vAlign w:val="center"/>
          </w:tcPr>
          <w:p w14:paraId="59135BAD" w14:textId="77777777" w:rsidR="002851F2" w:rsidRPr="00491CDA" w:rsidRDefault="002851F2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</w:p>
        </w:tc>
        <w:tc>
          <w:tcPr>
            <w:tcW w:w="2323" w:type="dxa"/>
            <w:vAlign w:val="center"/>
          </w:tcPr>
          <w:p w14:paraId="56B0D17D" w14:textId="77777777" w:rsidR="002851F2" w:rsidRPr="00491CDA" w:rsidRDefault="002851F2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</w:p>
        </w:tc>
      </w:tr>
      <w:tr w:rsidR="002851F2" w:rsidRPr="00491CDA" w14:paraId="289CDDC9" w14:textId="77777777" w:rsidTr="00E43F79">
        <w:trPr>
          <w:jc w:val="center"/>
        </w:trPr>
        <w:tc>
          <w:tcPr>
            <w:tcW w:w="2790" w:type="dxa"/>
            <w:vAlign w:val="center"/>
          </w:tcPr>
          <w:p w14:paraId="33581A2F" w14:textId="32F843CC" w:rsidR="002851F2" w:rsidRPr="00491CDA" w:rsidRDefault="00E668DA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 w:rsidRPr="00491CDA">
              <w:rPr>
                <w:rFonts w:asciiTheme="minorHAnsi" w:hAnsiTheme="minorHAnsi"/>
                <w:color w:val="2F3033" w:themeColor="text1"/>
              </w:rPr>
              <w:t xml:space="preserve">Source </w:t>
            </w:r>
            <w:r w:rsidR="00B25AB3">
              <w:rPr>
                <w:rFonts w:asciiTheme="minorHAnsi" w:hAnsiTheme="minorHAnsi"/>
                <w:color w:val="2F3033" w:themeColor="text1"/>
              </w:rPr>
              <w:t>files/rights</w:t>
            </w:r>
          </w:p>
        </w:tc>
        <w:tc>
          <w:tcPr>
            <w:tcW w:w="2314" w:type="dxa"/>
            <w:vAlign w:val="center"/>
          </w:tcPr>
          <w:p w14:paraId="55F15CAF" w14:textId="77777777" w:rsidR="002851F2" w:rsidRPr="00491CDA" w:rsidRDefault="002851F2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</w:p>
        </w:tc>
        <w:tc>
          <w:tcPr>
            <w:tcW w:w="2324" w:type="dxa"/>
            <w:vAlign w:val="center"/>
          </w:tcPr>
          <w:p w14:paraId="277D76B9" w14:textId="77777777" w:rsidR="002851F2" w:rsidRPr="00491CDA" w:rsidRDefault="002851F2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</w:p>
        </w:tc>
        <w:tc>
          <w:tcPr>
            <w:tcW w:w="2323" w:type="dxa"/>
            <w:vAlign w:val="center"/>
          </w:tcPr>
          <w:p w14:paraId="1340662F" w14:textId="77777777" w:rsidR="002851F2" w:rsidRPr="00491CDA" w:rsidRDefault="002851F2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</w:p>
        </w:tc>
      </w:tr>
      <w:tr w:rsidR="002851F2" w:rsidRPr="00491CDA" w14:paraId="7D78BBC2" w14:textId="77777777" w:rsidTr="00E43F79">
        <w:trPr>
          <w:jc w:val="center"/>
        </w:trPr>
        <w:tc>
          <w:tcPr>
            <w:tcW w:w="2790" w:type="dxa"/>
            <w:vAlign w:val="center"/>
          </w:tcPr>
          <w:p w14:paraId="24F53127" w14:textId="77777777" w:rsidR="002851F2" w:rsidRPr="00491CDA" w:rsidRDefault="00E668DA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 w:rsidRPr="00491CDA">
              <w:rPr>
                <w:rFonts w:asciiTheme="minorHAnsi" w:hAnsiTheme="minorHAnsi"/>
                <w:color w:val="2F3033" w:themeColor="text1"/>
              </w:rPr>
              <w:t>Delivery timeline</w:t>
            </w:r>
          </w:p>
        </w:tc>
        <w:tc>
          <w:tcPr>
            <w:tcW w:w="2314" w:type="dxa"/>
            <w:vAlign w:val="center"/>
          </w:tcPr>
          <w:p w14:paraId="6D6B636E" w14:textId="77777777" w:rsidR="002851F2" w:rsidRPr="00491CDA" w:rsidRDefault="002851F2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</w:p>
        </w:tc>
        <w:tc>
          <w:tcPr>
            <w:tcW w:w="2324" w:type="dxa"/>
            <w:vAlign w:val="center"/>
          </w:tcPr>
          <w:p w14:paraId="4BD270FD" w14:textId="77777777" w:rsidR="002851F2" w:rsidRPr="00491CDA" w:rsidRDefault="002851F2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</w:p>
        </w:tc>
        <w:tc>
          <w:tcPr>
            <w:tcW w:w="2323" w:type="dxa"/>
            <w:vAlign w:val="center"/>
          </w:tcPr>
          <w:p w14:paraId="634587D4" w14:textId="77777777" w:rsidR="002851F2" w:rsidRPr="00491CDA" w:rsidRDefault="002851F2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</w:p>
        </w:tc>
      </w:tr>
      <w:tr w:rsidR="002851F2" w:rsidRPr="00491CDA" w14:paraId="4B6CCF98" w14:textId="77777777" w:rsidTr="00E43F79">
        <w:trPr>
          <w:jc w:val="center"/>
        </w:trPr>
        <w:tc>
          <w:tcPr>
            <w:tcW w:w="2790" w:type="dxa"/>
            <w:vAlign w:val="center"/>
          </w:tcPr>
          <w:p w14:paraId="1BC80953" w14:textId="77777777" w:rsidR="002851F2" w:rsidRPr="00491CDA" w:rsidRDefault="00E668DA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 w:rsidRPr="00491CDA">
              <w:rPr>
                <w:rFonts w:asciiTheme="minorHAnsi" w:hAnsiTheme="minorHAnsi"/>
                <w:color w:val="2F3033" w:themeColor="text1"/>
              </w:rPr>
              <w:t>Extra-cost triggers</w:t>
            </w:r>
          </w:p>
        </w:tc>
        <w:tc>
          <w:tcPr>
            <w:tcW w:w="2314" w:type="dxa"/>
            <w:vAlign w:val="center"/>
          </w:tcPr>
          <w:p w14:paraId="641A74C4" w14:textId="77777777" w:rsidR="002851F2" w:rsidRPr="00491CDA" w:rsidRDefault="002851F2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</w:p>
        </w:tc>
        <w:tc>
          <w:tcPr>
            <w:tcW w:w="2324" w:type="dxa"/>
            <w:vAlign w:val="center"/>
          </w:tcPr>
          <w:p w14:paraId="65FE6535" w14:textId="77777777" w:rsidR="002851F2" w:rsidRPr="00491CDA" w:rsidRDefault="002851F2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</w:p>
        </w:tc>
        <w:tc>
          <w:tcPr>
            <w:tcW w:w="2323" w:type="dxa"/>
            <w:vAlign w:val="center"/>
          </w:tcPr>
          <w:p w14:paraId="6B7D9292" w14:textId="77777777" w:rsidR="002851F2" w:rsidRPr="00491CDA" w:rsidRDefault="002851F2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</w:p>
        </w:tc>
      </w:tr>
      <w:tr w:rsidR="002851F2" w:rsidRPr="00491CDA" w14:paraId="01F283AB" w14:textId="77777777" w:rsidTr="00E43F79">
        <w:trPr>
          <w:jc w:val="center"/>
        </w:trPr>
        <w:tc>
          <w:tcPr>
            <w:tcW w:w="2790" w:type="dxa"/>
            <w:vAlign w:val="center"/>
          </w:tcPr>
          <w:p w14:paraId="2864CB11" w14:textId="77777777" w:rsidR="002851F2" w:rsidRPr="00491CDA" w:rsidRDefault="00E668DA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 w:rsidRPr="00491CDA">
              <w:rPr>
                <w:rFonts w:asciiTheme="minorHAnsi" w:hAnsiTheme="minorHAnsi"/>
                <w:color w:val="2F3033" w:themeColor="text1"/>
              </w:rPr>
              <w:t>Internal team work required</w:t>
            </w:r>
          </w:p>
        </w:tc>
        <w:tc>
          <w:tcPr>
            <w:tcW w:w="2314" w:type="dxa"/>
            <w:vAlign w:val="center"/>
          </w:tcPr>
          <w:p w14:paraId="3DCF24A4" w14:textId="77777777" w:rsidR="002851F2" w:rsidRPr="00491CDA" w:rsidRDefault="002851F2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</w:p>
        </w:tc>
        <w:tc>
          <w:tcPr>
            <w:tcW w:w="2324" w:type="dxa"/>
            <w:vAlign w:val="center"/>
          </w:tcPr>
          <w:p w14:paraId="4EBD7CC5" w14:textId="77777777" w:rsidR="002851F2" w:rsidRPr="00491CDA" w:rsidRDefault="002851F2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</w:p>
        </w:tc>
        <w:tc>
          <w:tcPr>
            <w:tcW w:w="2323" w:type="dxa"/>
            <w:vAlign w:val="center"/>
          </w:tcPr>
          <w:p w14:paraId="56687F8F" w14:textId="77777777" w:rsidR="002851F2" w:rsidRPr="00491CDA" w:rsidRDefault="002851F2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</w:p>
        </w:tc>
      </w:tr>
    </w:tbl>
    <w:p w14:paraId="4FB1EE1E" w14:textId="77777777" w:rsidR="002851F2" w:rsidRPr="00E43F79" w:rsidRDefault="00E668DA">
      <w:pPr>
        <w:pStyle w:val="Heading1"/>
        <w:rPr>
          <w:b w:val="0"/>
          <w:bCs w:val="0"/>
          <w:color w:val="024AD8" w:themeColor="text2"/>
        </w:rPr>
      </w:pPr>
      <w:r w:rsidRPr="00E43F79">
        <w:rPr>
          <w:b w:val="0"/>
          <w:bCs w:val="0"/>
          <w:color w:val="024AD8" w:themeColor="text2"/>
        </w:rPr>
        <w:t>Decision notes</w:t>
      </w:r>
    </w:p>
    <w:p w14:paraId="7808DB2D" w14:textId="77777777" w:rsidR="002851F2" w:rsidRPr="00491CDA" w:rsidRDefault="00E668DA">
      <w:pPr>
        <w:rPr>
          <w:rFonts w:asciiTheme="minorHAnsi" w:hAnsiTheme="minorHAnsi"/>
          <w:color w:val="2F3033" w:themeColor="text1"/>
        </w:rPr>
      </w:pPr>
      <w:r w:rsidRPr="00491CDA">
        <w:rPr>
          <w:rFonts w:asciiTheme="minorHAnsi" w:hAnsiTheme="minorHAnsi"/>
          <w:color w:val="2F3033" w:themeColor="text1"/>
        </w:rPr>
        <w:t>Which differences in scope explain the differences in price?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749"/>
      </w:tblGrid>
      <w:tr w:rsidR="002851F2" w:rsidRPr="00491CDA" w14:paraId="0A7E8A7E" w14:textId="77777777" w:rsidTr="00E43F79">
        <w:trPr>
          <w:jc w:val="center"/>
        </w:trPr>
        <w:tc>
          <w:tcPr>
            <w:tcW w:w="9749" w:type="dxa"/>
            <w:shd w:val="clear" w:color="auto" w:fill="C4D8FE" w:themeFill="text2" w:themeFillTint="33"/>
          </w:tcPr>
          <w:p w14:paraId="06CD3BDF" w14:textId="77777777" w:rsidR="002851F2" w:rsidRPr="00491CDA" w:rsidRDefault="00E668DA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 w:rsidRPr="00491CDA">
              <w:rPr>
                <w:rFonts w:asciiTheme="minorHAnsi" w:hAnsiTheme="minorHAnsi"/>
                <w:b/>
                <w:color w:val="2F3033" w:themeColor="text1"/>
              </w:rPr>
              <w:t>Notes</w:t>
            </w:r>
          </w:p>
        </w:tc>
      </w:tr>
      <w:tr w:rsidR="002851F2" w:rsidRPr="00491CDA" w14:paraId="47E96164" w14:textId="77777777">
        <w:trPr>
          <w:jc w:val="center"/>
        </w:trPr>
        <w:tc>
          <w:tcPr>
            <w:tcW w:w="9749" w:type="dxa"/>
            <w:vAlign w:val="center"/>
          </w:tcPr>
          <w:p w14:paraId="3393CB42" w14:textId="77777777" w:rsidR="002851F2" w:rsidRPr="00491CDA" w:rsidRDefault="00E668DA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 w:rsidRPr="00491CDA">
              <w:rPr>
                <w:rFonts w:asciiTheme="minorHAnsi" w:hAnsiTheme="minorHAnsi"/>
                <w:color w:val="2F3033" w:themeColor="text1"/>
              </w:rPr>
              <w:br/>
            </w:r>
            <w:r w:rsidRPr="00491CDA">
              <w:rPr>
                <w:rFonts w:asciiTheme="minorHAnsi" w:hAnsiTheme="minorHAnsi"/>
                <w:color w:val="2F3033" w:themeColor="text1"/>
              </w:rPr>
              <w:br/>
            </w:r>
          </w:p>
        </w:tc>
      </w:tr>
    </w:tbl>
    <w:p w14:paraId="5F4A1EEE" w14:textId="77777777" w:rsidR="002851F2" w:rsidRPr="00491CDA" w:rsidRDefault="00E668DA">
      <w:pPr>
        <w:rPr>
          <w:rFonts w:asciiTheme="minorHAnsi" w:hAnsiTheme="minorHAnsi"/>
          <w:color w:val="2F3033" w:themeColor="text1"/>
        </w:rPr>
      </w:pPr>
      <w:r w:rsidRPr="00491CDA">
        <w:rPr>
          <w:rFonts w:asciiTheme="minorHAnsi" w:hAnsiTheme="minorHAnsi"/>
          <w:color w:val="2F3033" w:themeColor="text1"/>
        </w:rPr>
        <w:t>Which proposal best covers the required work? What must be clarified before approval?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749"/>
      </w:tblGrid>
      <w:tr w:rsidR="002851F2" w:rsidRPr="00491CDA" w14:paraId="1C684979" w14:textId="77777777" w:rsidTr="00E43F79">
        <w:trPr>
          <w:jc w:val="center"/>
        </w:trPr>
        <w:tc>
          <w:tcPr>
            <w:tcW w:w="9749" w:type="dxa"/>
            <w:shd w:val="clear" w:color="auto" w:fill="C4D8FE" w:themeFill="text2" w:themeFillTint="33"/>
          </w:tcPr>
          <w:p w14:paraId="399175FD" w14:textId="77777777" w:rsidR="002851F2" w:rsidRPr="00491CDA" w:rsidRDefault="00E668DA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 w:rsidRPr="00491CDA">
              <w:rPr>
                <w:rFonts w:asciiTheme="minorHAnsi" w:hAnsiTheme="minorHAnsi"/>
                <w:b/>
                <w:color w:val="2F3033" w:themeColor="text1"/>
              </w:rPr>
              <w:t>Notes</w:t>
            </w:r>
          </w:p>
        </w:tc>
      </w:tr>
      <w:tr w:rsidR="002851F2" w:rsidRPr="00491CDA" w14:paraId="4D0856BC" w14:textId="77777777">
        <w:trPr>
          <w:jc w:val="center"/>
        </w:trPr>
        <w:tc>
          <w:tcPr>
            <w:tcW w:w="9749" w:type="dxa"/>
            <w:vAlign w:val="center"/>
          </w:tcPr>
          <w:p w14:paraId="67D76346" w14:textId="77777777" w:rsidR="002851F2" w:rsidRPr="00491CDA" w:rsidRDefault="00E668DA">
            <w:pPr>
              <w:spacing w:before="40" w:after="40"/>
              <w:rPr>
                <w:rFonts w:asciiTheme="minorHAnsi" w:hAnsiTheme="minorHAnsi"/>
                <w:color w:val="2F3033" w:themeColor="text1"/>
              </w:rPr>
            </w:pPr>
            <w:r w:rsidRPr="00491CDA">
              <w:rPr>
                <w:rFonts w:asciiTheme="minorHAnsi" w:hAnsiTheme="minorHAnsi"/>
                <w:color w:val="2F3033" w:themeColor="text1"/>
              </w:rPr>
              <w:br/>
            </w:r>
            <w:r w:rsidRPr="00491CDA">
              <w:rPr>
                <w:rFonts w:asciiTheme="minorHAnsi" w:hAnsiTheme="minorHAnsi"/>
                <w:color w:val="2F3033" w:themeColor="text1"/>
              </w:rPr>
              <w:br/>
            </w:r>
          </w:p>
        </w:tc>
      </w:tr>
    </w:tbl>
    <w:p w14:paraId="53F45020" w14:textId="77777777" w:rsidR="002851F2" w:rsidRPr="00491CDA" w:rsidRDefault="00E668DA">
      <w:pPr>
        <w:rPr>
          <w:rFonts w:asciiTheme="minorHAnsi" w:hAnsiTheme="minorHAnsi"/>
          <w:color w:val="2F3033" w:themeColor="text1"/>
        </w:rPr>
      </w:pPr>
      <w:r w:rsidRPr="00491CDA">
        <w:rPr>
          <w:rFonts w:asciiTheme="minorHAnsi" w:hAnsiTheme="minorHAnsi"/>
          <w:color w:val="2F3033" w:themeColor="text1"/>
        </w:rPr>
        <w:t>Reminder: A supplied script can reduce writing scope, but storyboarding, visuals, animation, and audio may still need to be produced.</w:t>
      </w:r>
    </w:p>
    <w:sectPr w:rsidR="002851F2" w:rsidRPr="00491CDA" w:rsidSect="00034616">
      <w:headerReference w:type="default" r:id="rId8"/>
      <w:footerReference w:type="default" r:id="rId9"/>
      <w:pgSz w:w="11909" w:h="16834"/>
      <w:pgMar w:top="1037" w:right="1080" w:bottom="93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DF017" w14:textId="77777777" w:rsidR="00E668DA" w:rsidRDefault="00E668DA">
      <w:pPr>
        <w:spacing w:after="0" w:line="240" w:lineRule="auto"/>
      </w:pPr>
      <w:r>
        <w:separator/>
      </w:r>
    </w:p>
  </w:endnote>
  <w:endnote w:type="continuationSeparator" w:id="0">
    <w:p w14:paraId="2ED1B962" w14:textId="77777777" w:rsidR="00E668DA" w:rsidRDefault="00E668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97853" w14:textId="65BA3C0F" w:rsidR="002851F2" w:rsidRPr="00491CDA" w:rsidRDefault="000D6B3D">
    <w:pPr>
      <w:pStyle w:val="Footer"/>
      <w:jc w:val="right"/>
      <w:rPr>
        <w:rFonts w:asciiTheme="minorHAnsi" w:hAnsiTheme="minorHAnsi"/>
        <w:color w:val="A6A6A6" w:themeColor="background1" w:themeShade="A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349EFA58" wp14:editId="790906DF">
          <wp:simplePos x="0" y="0"/>
          <wp:positionH relativeFrom="column">
            <wp:posOffset>-1948</wp:posOffset>
          </wp:positionH>
          <wp:positionV relativeFrom="paragraph">
            <wp:posOffset>4242</wp:posOffset>
          </wp:positionV>
          <wp:extent cx="747713" cy="164407"/>
          <wp:effectExtent l="0" t="0" r="0" b="7620"/>
          <wp:wrapNone/>
          <wp:docPr id="3" name="Picture 2">
            <a:extLst xmlns:a="http://schemas.openxmlformats.org/drawingml/2006/main">
              <a:ext uri="{FF2B5EF4-FFF2-40B4-BE49-F238E27FC236}">
                <a16:creationId xmlns:a16="http://schemas.microsoft.com/office/drawing/2014/main" id="{E6397C48-5E4B-3BA4-3129-6F16B8CB9E5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>
                    <a:extLst>
                      <a:ext uri="{FF2B5EF4-FFF2-40B4-BE49-F238E27FC236}">
                        <a16:creationId xmlns:a16="http://schemas.microsoft.com/office/drawing/2014/main" id="{E6397C48-5E4B-3BA4-3129-6F16B8CB9E56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7713" cy="1644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668DA" w:rsidRPr="00491CDA">
      <w:rPr>
        <w:rFonts w:asciiTheme="minorHAnsi" w:hAnsiTheme="minorHAnsi"/>
        <w:color w:val="A6A6A6" w:themeColor="background1" w:themeShade="A6"/>
        <w:sz w:val="16"/>
      </w:rPr>
      <w:t xml:space="preserve">B2B Explainer Video Budget &amp; Scope </w:t>
    </w:r>
    <w:proofErr w:type="gramStart"/>
    <w:r w:rsidR="00E668DA" w:rsidRPr="00491CDA">
      <w:rPr>
        <w:rFonts w:asciiTheme="minorHAnsi" w:hAnsiTheme="minorHAnsi"/>
        <w:color w:val="A6A6A6" w:themeColor="background1" w:themeShade="A6"/>
        <w:sz w:val="16"/>
      </w:rPr>
      <w:t>Worksheet  |</w:t>
    </w:r>
    <w:proofErr w:type="gramEnd"/>
    <w:r w:rsidR="00E668DA" w:rsidRPr="00491CDA">
      <w:rPr>
        <w:rFonts w:asciiTheme="minorHAnsi" w:hAnsiTheme="minorHAnsi"/>
        <w:color w:val="A6A6A6" w:themeColor="background1" w:themeShade="A6"/>
        <w:sz w:val="16"/>
      </w:rPr>
      <w:t xml:space="preserve">  extendedframes.com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71125" w14:textId="77777777" w:rsidR="00E668DA" w:rsidRDefault="00E668DA">
      <w:pPr>
        <w:spacing w:after="0" w:line="240" w:lineRule="auto"/>
      </w:pPr>
      <w:r>
        <w:separator/>
      </w:r>
    </w:p>
  </w:footnote>
  <w:footnote w:type="continuationSeparator" w:id="0">
    <w:p w14:paraId="2C58D472" w14:textId="77777777" w:rsidR="00E668DA" w:rsidRDefault="00E668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B0DF8" w14:textId="77777777" w:rsidR="002851F2" w:rsidRPr="00396484" w:rsidRDefault="00E668DA">
    <w:pPr>
      <w:rPr>
        <w:bCs/>
        <w:color w:val="024AD8" w:themeColor="text2"/>
      </w:rPr>
    </w:pPr>
    <w:r w:rsidRPr="00396484">
      <w:rPr>
        <w:bCs/>
        <w:color w:val="024AD8" w:themeColor="text2"/>
      </w:rPr>
      <w:t>EXTENDED FRAMES    /    FREE B2B PRODUCTION RESOURCE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53189147">
    <w:abstractNumId w:val="8"/>
  </w:num>
  <w:num w:numId="2" w16cid:durableId="2120367511">
    <w:abstractNumId w:val="6"/>
  </w:num>
  <w:num w:numId="3" w16cid:durableId="2028632398">
    <w:abstractNumId w:val="5"/>
  </w:num>
  <w:num w:numId="4" w16cid:durableId="1644042176">
    <w:abstractNumId w:val="4"/>
  </w:num>
  <w:num w:numId="5" w16cid:durableId="595603064">
    <w:abstractNumId w:val="7"/>
  </w:num>
  <w:num w:numId="6" w16cid:durableId="1147091386">
    <w:abstractNumId w:val="3"/>
  </w:num>
  <w:num w:numId="7" w16cid:durableId="76824521">
    <w:abstractNumId w:val="2"/>
  </w:num>
  <w:num w:numId="8" w16cid:durableId="780879247">
    <w:abstractNumId w:val="1"/>
  </w:num>
  <w:num w:numId="9" w16cid:durableId="1459881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1CDA"/>
    <w:rsid w:val="000D6B3D"/>
    <w:rsid w:val="00132802"/>
    <w:rsid w:val="0015074B"/>
    <w:rsid w:val="002851F2"/>
    <w:rsid w:val="0029639D"/>
    <w:rsid w:val="00326F90"/>
    <w:rsid w:val="00396484"/>
    <w:rsid w:val="00491CDA"/>
    <w:rsid w:val="00981751"/>
    <w:rsid w:val="009F7FAE"/>
    <w:rsid w:val="00AA1D8D"/>
    <w:rsid w:val="00B25AB3"/>
    <w:rsid w:val="00B47730"/>
    <w:rsid w:val="00BE011A"/>
    <w:rsid w:val="00C5218A"/>
    <w:rsid w:val="00C55A2D"/>
    <w:rsid w:val="00CB0664"/>
    <w:rsid w:val="00CF32D2"/>
    <w:rsid w:val="00D75BE0"/>
    <w:rsid w:val="00DC199C"/>
    <w:rsid w:val="00E43F79"/>
    <w:rsid w:val="00E668DA"/>
    <w:rsid w:val="00F3522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204E8F70-73BB-4AFC-9662-DC6BA9B34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1E2F4C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0D2E62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0D2E62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1256C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1256C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1235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235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606268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1256C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606268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01B50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1256C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1256C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01256C" w:themeColor="accent1"/>
      </w:pBdr>
      <w:spacing w:before="200" w:line="240" w:lineRule="auto"/>
      <w:contextualSpacing/>
    </w:pPr>
    <w:rPr>
      <w:rFonts w:asciiTheme="majorHAnsi" w:eastAsiaTheme="majorEastAsia" w:hAnsiTheme="majorHAnsi" w:cstheme="majorBidi"/>
      <w:b/>
      <w:color w:val="0D2E62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136A1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1256C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1256C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2F3033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2F3033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1256C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01235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01235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606268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1256C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606268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1256C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01256C" w:themeColor="accent1"/>
      </w:pBdr>
      <w:spacing w:before="200" w:after="280"/>
      <w:ind w:left="936" w:right="936"/>
    </w:pPr>
    <w:rPr>
      <w:b/>
      <w:bCs/>
      <w:i/>
      <w:iCs/>
      <w:color w:val="01256C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1256C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94969C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1256C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5D8FE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5D8FE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232326" w:themeColor="text1" w:themeShade="BF"/>
    </w:rPr>
    <w:tblPr>
      <w:tblStyleRowBandSize w:val="1"/>
      <w:tblStyleColBandSize w:val="1"/>
      <w:tblBorders>
        <w:top w:val="single" w:sz="8" w:space="0" w:color="2F3033" w:themeColor="text1"/>
        <w:bottom w:val="single" w:sz="8" w:space="0" w:color="2F3033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F3033" w:themeColor="text1"/>
          <w:left w:val="nil"/>
          <w:bottom w:val="single" w:sz="8" w:space="0" w:color="2F3033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F3033" w:themeColor="text1"/>
          <w:left w:val="nil"/>
          <w:bottom w:val="single" w:sz="8" w:space="0" w:color="2F3033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CACE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CACE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1B50" w:themeColor="accent1" w:themeShade="BF"/>
    </w:rPr>
    <w:tblPr>
      <w:tblStyleRowBandSize w:val="1"/>
      <w:tblStyleColBandSize w:val="1"/>
      <w:tblBorders>
        <w:top w:val="single" w:sz="8" w:space="0" w:color="01256C" w:themeColor="accent1"/>
        <w:bottom w:val="single" w:sz="8" w:space="0" w:color="01256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1256C" w:themeColor="accent1"/>
          <w:left w:val="nil"/>
          <w:bottom w:val="single" w:sz="8" w:space="0" w:color="01256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1256C" w:themeColor="accent1"/>
          <w:left w:val="nil"/>
          <w:bottom w:val="single" w:sz="8" w:space="0" w:color="01256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CBDF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CBDF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558DFC" w:themeColor="accent2" w:themeShade="BF"/>
    </w:rPr>
    <w:tblPr>
      <w:tblStyleRowBandSize w:val="1"/>
      <w:tblStyleColBandSize w:val="1"/>
      <w:tblBorders>
        <w:top w:val="single" w:sz="8" w:space="0" w:color="C5D8FE" w:themeColor="accent2"/>
        <w:bottom w:val="single" w:sz="8" w:space="0" w:color="C5D8FE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5D8FE" w:themeColor="accent2"/>
          <w:left w:val="nil"/>
          <w:bottom w:val="single" w:sz="8" w:space="0" w:color="C5D8FE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5D8FE" w:themeColor="accent2"/>
          <w:left w:val="nil"/>
          <w:bottom w:val="single" w:sz="8" w:space="0" w:color="C5D8FE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F5FE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0F5FE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BE0175" w:themeColor="accent3" w:themeShade="BF"/>
    </w:rPr>
    <w:tblPr>
      <w:tblStyleRowBandSize w:val="1"/>
      <w:tblStyleColBandSize w:val="1"/>
      <w:tblBorders>
        <w:top w:val="single" w:sz="8" w:space="0" w:color="FD039D" w:themeColor="accent3"/>
        <w:bottom w:val="single" w:sz="8" w:space="0" w:color="FD039D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D039D" w:themeColor="accent3"/>
          <w:left w:val="nil"/>
          <w:bottom w:val="single" w:sz="8" w:space="0" w:color="FD039D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D039D" w:themeColor="accent3"/>
          <w:left w:val="nil"/>
          <w:bottom w:val="single" w:sz="8" w:space="0" w:color="FD039D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C0E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C0E6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BFBFBF" w:themeColor="accent4" w:themeShade="BF"/>
    </w:rPr>
    <w:tblPr>
      <w:tblStyleRowBandSize w:val="1"/>
      <w:tblStyleColBandSize w:val="1"/>
      <w:tblBorders>
        <w:top w:val="single" w:sz="8" w:space="0" w:color="FFFFFF" w:themeColor="accent4"/>
        <w:bottom w:val="single" w:sz="8" w:space="0" w:color="FFFFF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4"/>
          <w:left w:val="nil"/>
          <w:bottom w:val="single" w:sz="8" w:space="0" w:color="FFFFF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4"/>
          <w:left w:val="nil"/>
          <w:bottom w:val="single" w:sz="8" w:space="0" w:color="FFFFF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232326" w:themeColor="accent5" w:themeShade="BF"/>
    </w:rPr>
    <w:tblPr>
      <w:tblStyleRowBandSize w:val="1"/>
      <w:tblStyleColBandSize w:val="1"/>
      <w:tblBorders>
        <w:top w:val="single" w:sz="8" w:space="0" w:color="2F3033" w:themeColor="accent5"/>
        <w:bottom w:val="single" w:sz="8" w:space="0" w:color="2F303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F3033" w:themeColor="accent5"/>
          <w:left w:val="nil"/>
          <w:bottom w:val="single" w:sz="8" w:space="0" w:color="2F303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F3033" w:themeColor="accent5"/>
          <w:left w:val="nil"/>
          <w:bottom w:val="single" w:sz="8" w:space="0" w:color="2F303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CAC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CACE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A2A2A2" w:themeColor="accent6" w:themeShade="BF"/>
    </w:rPr>
    <w:tblPr>
      <w:tblStyleRowBandSize w:val="1"/>
      <w:tblStyleColBandSize w:val="1"/>
      <w:tblBorders>
        <w:top w:val="single" w:sz="8" w:space="0" w:color="D9D9D9" w:themeColor="accent6"/>
        <w:bottom w:val="single" w:sz="8" w:space="0" w:color="D9D9D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9D9D9" w:themeColor="accent6"/>
          <w:left w:val="nil"/>
          <w:bottom w:val="single" w:sz="8" w:space="0" w:color="D9D9D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9D9D9" w:themeColor="accent6"/>
          <w:left w:val="nil"/>
          <w:bottom w:val="single" w:sz="8" w:space="0" w:color="D9D9D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F5F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5F5F5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2F3033" w:themeColor="text1"/>
        <w:left w:val="single" w:sz="8" w:space="0" w:color="2F3033" w:themeColor="text1"/>
        <w:bottom w:val="single" w:sz="8" w:space="0" w:color="2F3033" w:themeColor="text1"/>
        <w:right w:val="single" w:sz="8" w:space="0" w:color="2F3033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F3033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F3033" w:themeColor="text1"/>
          <w:left w:val="single" w:sz="8" w:space="0" w:color="2F3033" w:themeColor="text1"/>
          <w:bottom w:val="single" w:sz="8" w:space="0" w:color="2F3033" w:themeColor="text1"/>
          <w:right w:val="single" w:sz="8" w:space="0" w:color="2F3033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F3033" w:themeColor="text1"/>
          <w:left w:val="single" w:sz="8" w:space="0" w:color="2F3033" w:themeColor="text1"/>
          <w:bottom w:val="single" w:sz="8" w:space="0" w:color="2F3033" w:themeColor="text1"/>
          <w:right w:val="single" w:sz="8" w:space="0" w:color="2F3033" w:themeColor="text1"/>
        </w:tcBorders>
      </w:tcPr>
    </w:tblStylePr>
    <w:tblStylePr w:type="band1Horz">
      <w:tblPr/>
      <w:tcPr>
        <w:tcBorders>
          <w:top w:val="single" w:sz="8" w:space="0" w:color="2F3033" w:themeColor="text1"/>
          <w:left w:val="single" w:sz="8" w:space="0" w:color="2F3033" w:themeColor="text1"/>
          <w:bottom w:val="single" w:sz="8" w:space="0" w:color="2F3033" w:themeColor="text1"/>
          <w:right w:val="single" w:sz="8" w:space="0" w:color="2F3033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1256C" w:themeColor="accent1"/>
        <w:left w:val="single" w:sz="8" w:space="0" w:color="01256C" w:themeColor="accent1"/>
        <w:bottom w:val="single" w:sz="8" w:space="0" w:color="01256C" w:themeColor="accent1"/>
        <w:right w:val="single" w:sz="8" w:space="0" w:color="01256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1256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1256C" w:themeColor="accent1"/>
          <w:left w:val="single" w:sz="8" w:space="0" w:color="01256C" w:themeColor="accent1"/>
          <w:bottom w:val="single" w:sz="8" w:space="0" w:color="01256C" w:themeColor="accent1"/>
          <w:right w:val="single" w:sz="8" w:space="0" w:color="01256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1256C" w:themeColor="accent1"/>
          <w:left w:val="single" w:sz="8" w:space="0" w:color="01256C" w:themeColor="accent1"/>
          <w:bottom w:val="single" w:sz="8" w:space="0" w:color="01256C" w:themeColor="accent1"/>
          <w:right w:val="single" w:sz="8" w:space="0" w:color="01256C" w:themeColor="accent1"/>
        </w:tcBorders>
      </w:tcPr>
    </w:tblStylePr>
    <w:tblStylePr w:type="band1Horz">
      <w:tblPr/>
      <w:tcPr>
        <w:tcBorders>
          <w:top w:val="single" w:sz="8" w:space="0" w:color="01256C" w:themeColor="accent1"/>
          <w:left w:val="single" w:sz="8" w:space="0" w:color="01256C" w:themeColor="accent1"/>
          <w:bottom w:val="single" w:sz="8" w:space="0" w:color="01256C" w:themeColor="accent1"/>
          <w:right w:val="single" w:sz="8" w:space="0" w:color="01256C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5D8FE" w:themeColor="accent2"/>
        <w:left w:val="single" w:sz="8" w:space="0" w:color="C5D8FE" w:themeColor="accent2"/>
        <w:bottom w:val="single" w:sz="8" w:space="0" w:color="C5D8FE" w:themeColor="accent2"/>
        <w:right w:val="single" w:sz="8" w:space="0" w:color="C5D8FE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5D8FE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D8FE" w:themeColor="accent2"/>
          <w:left w:val="single" w:sz="8" w:space="0" w:color="C5D8FE" w:themeColor="accent2"/>
          <w:bottom w:val="single" w:sz="8" w:space="0" w:color="C5D8FE" w:themeColor="accent2"/>
          <w:right w:val="single" w:sz="8" w:space="0" w:color="C5D8F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5D8FE" w:themeColor="accent2"/>
          <w:left w:val="single" w:sz="8" w:space="0" w:color="C5D8FE" w:themeColor="accent2"/>
          <w:bottom w:val="single" w:sz="8" w:space="0" w:color="C5D8FE" w:themeColor="accent2"/>
          <w:right w:val="single" w:sz="8" w:space="0" w:color="C5D8FE" w:themeColor="accent2"/>
        </w:tcBorders>
      </w:tcPr>
    </w:tblStylePr>
    <w:tblStylePr w:type="band1Horz">
      <w:tblPr/>
      <w:tcPr>
        <w:tcBorders>
          <w:top w:val="single" w:sz="8" w:space="0" w:color="C5D8FE" w:themeColor="accent2"/>
          <w:left w:val="single" w:sz="8" w:space="0" w:color="C5D8FE" w:themeColor="accent2"/>
          <w:bottom w:val="single" w:sz="8" w:space="0" w:color="C5D8FE" w:themeColor="accent2"/>
          <w:right w:val="single" w:sz="8" w:space="0" w:color="C5D8FE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D039D" w:themeColor="accent3"/>
        <w:left w:val="single" w:sz="8" w:space="0" w:color="FD039D" w:themeColor="accent3"/>
        <w:bottom w:val="single" w:sz="8" w:space="0" w:color="FD039D" w:themeColor="accent3"/>
        <w:right w:val="single" w:sz="8" w:space="0" w:color="FD039D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D039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D039D" w:themeColor="accent3"/>
          <w:left w:val="single" w:sz="8" w:space="0" w:color="FD039D" w:themeColor="accent3"/>
          <w:bottom w:val="single" w:sz="8" w:space="0" w:color="FD039D" w:themeColor="accent3"/>
          <w:right w:val="single" w:sz="8" w:space="0" w:color="FD039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D039D" w:themeColor="accent3"/>
          <w:left w:val="single" w:sz="8" w:space="0" w:color="FD039D" w:themeColor="accent3"/>
          <w:bottom w:val="single" w:sz="8" w:space="0" w:color="FD039D" w:themeColor="accent3"/>
          <w:right w:val="single" w:sz="8" w:space="0" w:color="FD039D" w:themeColor="accent3"/>
        </w:tcBorders>
      </w:tcPr>
    </w:tblStylePr>
    <w:tblStylePr w:type="band1Horz">
      <w:tblPr/>
      <w:tcPr>
        <w:tcBorders>
          <w:top w:val="single" w:sz="8" w:space="0" w:color="FD039D" w:themeColor="accent3"/>
          <w:left w:val="single" w:sz="8" w:space="0" w:color="FD039D" w:themeColor="accent3"/>
          <w:bottom w:val="single" w:sz="8" w:space="0" w:color="FD039D" w:themeColor="accent3"/>
          <w:right w:val="single" w:sz="8" w:space="0" w:color="FD039D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accent4"/>
        <w:left w:val="single" w:sz="8" w:space="0" w:color="FFFFFF" w:themeColor="accent4"/>
        <w:bottom w:val="single" w:sz="8" w:space="0" w:color="FFFFFF" w:themeColor="accent4"/>
        <w:right w:val="single" w:sz="8" w:space="0" w:color="FFFFFF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F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4"/>
          <w:left w:val="single" w:sz="8" w:space="0" w:color="FFFFFF" w:themeColor="accent4"/>
          <w:bottom w:val="single" w:sz="8" w:space="0" w:color="FFFFFF" w:themeColor="accent4"/>
          <w:right w:val="single" w:sz="8" w:space="0" w:color="FFFF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FF" w:themeColor="accent4"/>
          <w:left w:val="single" w:sz="8" w:space="0" w:color="FFFFFF" w:themeColor="accent4"/>
          <w:bottom w:val="single" w:sz="8" w:space="0" w:color="FFFFFF" w:themeColor="accent4"/>
          <w:right w:val="single" w:sz="8" w:space="0" w:color="FFFFFF" w:themeColor="accent4"/>
        </w:tcBorders>
      </w:tcPr>
    </w:tblStylePr>
    <w:tblStylePr w:type="band1Horz">
      <w:tblPr/>
      <w:tcPr>
        <w:tcBorders>
          <w:top w:val="single" w:sz="8" w:space="0" w:color="FFFFFF" w:themeColor="accent4"/>
          <w:left w:val="single" w:sz="8" w:space="0" w:color="FFFFFF" w:themeColor="accent4"/>
          <w:bottom w:val="single" w:sz="8" w:space="0" w:color="FFFFFF" w:themeColor="accent4"/>
          <w:right w:val="single" w:sz="8" w:space="0" w:color="FFFFFF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F3033" w:themeColor="accent5"/>
        <w:left w:val="single" w:sz="8" w:space="0" w:color="2F3033" w:themeColor="accent5"/>
        <w:bottom w:val="single" w:sz="8" w:space="0" w:color="2F3033" w:themeColor="accent5"/>
        <w:right w:val="single" w:sz="8" w:space="0" w:color="2F303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F303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F3033" w:themeColor="accent5"/>
          <w:left w:val="single" w:sz="8" w:space="0" w:color="2F3033" w:themeColor="accent5"/>
          <w:bottom w:val="single" w:sz="8" w:space="0" w:color="2F3033" w:themeColor="accent5"/>
          <w:right w:val="single" w:sz="8" w:space="0" w:color="2F303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F3033" w:themeColor="accent5"/>
          <w:left w:val="single" w:sz="8" w:space="0" w:color="2F3033" w:themeColor="accent5"/>
          <w:bottom w:val="single" w:sz="8" w:space="0" w:color="2F3033" w:themeColor="accent5"/>
          <w:right w:val="single" w:sz="8" w:space="0" w:color="2F3033" w:themeColor="accent5"/>
        </w:tcBorders>
      </w:tcPr>
    </w:tblStylePr>
    <w:tblStylePr w:type="band1Horz">
      <w:tblPr/>
      <w:tcPr>
        <w:tcBorders>
          <w:top w:val="single" w:sz="8" w:space="0" w:color="2F3033" w:themeColor="accent5"/>
          <w:left w:val="single" w:sz="8" w:space="0" w:color="2F3033" w:themeColor="accent5"/>
          <w:bottom w:val="single" w:sz="8" w:space="0" w:color="2F3033" w:themeColor="accent5"/>
          <w:right w:val="single" w:sz="8" w:space="0" w:color="2F3033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D9D9D9" w:themeColor="accent6"/>
        <w:left w:val="single" w:sz="8" w:space="0" w:color="D9D9D9" w:themeColor="accent6"/>
        <w:bottom w:val="single" w:sz="8" w:space="0" w:color="D9D9D9" w:themeColor="accent6"/>
        <w:right w:val="single" w:sz="8" w:space="0" w:color="D9D9D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9D9D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9D9D9" w:themeColor="accent6"/>
          <w:left w:val="single" w:sz="8" w:space="0" w:color="D9D9D9" w:themeColor="accent6"/>
          <w:bottom w:val="single" w:sz="8" w:space="0" w:color="D9D9D9" w:themeColor="accent6"/>
          <w:right w:val="single" w:sz="8" w:space="0" w:color="D9D9D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9D9D9" w:themeColor="accent6"/>
          <w:left w:val="single" w:sz="8" w:space="0" w:color="D9D9D9" w:themeColor="accent6"/>
          <w:bottom w:val="single" w:sz="8" w:space="0" w:color="D9D9D9" w:themeColor="accent6"/>
          <w:right w:val="single" w:sz="8" w:space="0" w:color="D9D9D9" w:themeColor="accent6"/>
        </w:tcBorders>
      </w:tcPr>
    </w:tblStylePr>
    <w:tblStylePr w:type="band1Horz">
      <w:tblPr/>
      <w:tcPr>
        <w:tcBorders>
          <w:top w:val="single" w:sz="8" w:space="0" w:color="D9D9D9" w:themeColor="accent6"/>
          <w:left w:val="single" w:sz="8" w:space="0" w:color="D9D9D9" w:themeColor="accent6"/>
          <w:bottom w:val="single" w:sz="8" w:space="0" w:color="D9D9D9" w:themeColor="accent6"/>
          <w:right w:val="single" w:sz="8" w:space="0" w:color="D9D9D9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F3033" w:themeColor="text1"/>
        <w:left w:val="single" w:sz="8" w:space="0" w:color="2F3033" w:themeColor="text1"/>
        <w:bottom w:val="single" w:sz="8" w:space="0" w:color="2F3033" w:themeColor="text1"/>
        <w:right w:val="single" w:sz="8" w:space="0" w:color="2F3033" w:themeColor="text1"/>
        <w:insideH w:val="single" w:sz="8" w:space="0" w:color="2F3033" w:themeColor="text1"/>
        <w:insideV w:val="single" w:sz="8" w:space="0" w:color="2F3033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F3033" w:themeColor="text1"/>
          <w:left w:val="single" w:sz="8" w:space="0" w:color="2F3033" w:themeColor="text1"/>
          <w:bottom w:val="single" w:sz="18" w:space="0" w:color="2F3033" w:themeColor="text1"/>
          <w:right w:val="single" w:sz="8" w:space="0" w:color="2F3033" w:themeColor="text1"/>
          <w:insideH w:val="nil"/>
          <w:insideV w:val="single" w:sz="8" w:space="0" w:color="2F3033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F3033" w:themeColor="text1"/>
          <w:left w:val="single" w:sz="8" w:space="0" w:color="2F3033" w:themeColor="text1"/>
          <w:bottom w:val="single" w:sz="8" w:space="0" w:color="2F3033" w:themeColor="text1"/>
          <w:right w:val="single" w:sz="8" w:space="0" w:color="2F3033" w:themeColor="text1"/>
          <w:insideH w:val="nil"/>
          <w:insideV w:val="single" w:sz="8" w:space="0" w:color="2F3033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F3033" w:themeColor="text1"/>
          <w:left w:val="single" w:sz="8" w:space="0" w:color="2F3033" w:themeColor="text1"/>
          <w:bottom w:val="single" w:sz="8" w:space="0" w:color="2F3033" w:themeColor="text1"/>
          <w:right w:val="single" w:sz="8" w:space="0" w:color="2F3033" w:themeColor="text1"/>
        </w:tcBorders>
      </w:tcPr>
    </w:tblStylePr>
    <w:tblStylePr w:type="band1Vert">
      <w:tblPr/>
      <w:tcPr>
        <w:tcBorders>
          <w:top w:val="single" w:sz="8" w:space="0" w:color="2F3033" w:themeColor="text1"/>
          <w:left w:val="single" w:sz="8" w:space="0" w:color="2F3033" w:themeColor="text1"/>
          <w:bottom w:val="single" w:sz="8" w:space="0" w:color="2F3033" w:themeColor="text1"/>
          <w:right w:val="single" w:sz="8" w:space="0" w:color="2F3033" w:themeColor="text1"/>
        </w:tcBorders>
        <w:shd w:val="clear" w:color="auto" w:fill="C9CACE" w:themeFill="text1" w:themeFillTint="3F"/>
      </w:tcPr>
    </w:tblStylePr>
    <w:tblStylePr w:type="band1Horz">
      <w:tblPr/>
      <w:tcPr>
        <w:tcBorders>
          <w:top w:val="single" w:sz="8" w:space="0" w:color="2F3033" w:themeColor="text1"/>
          <w:left w:val="single" w:sz="8" w:space="0" w:color="2F3033" w:themeColor="text1"/>
          <w:bottom w:val="single" w:sz="8" w:space="0" w:color="2F3033" w:themeColor="text1"/>
          <w:right w:val="single" w:sz="8" w:space="0" w:color="2F3033" w:themeColor="text1"/>
          <w:insideV w:val="single" w:sz="8" w:space="0" w:color="2F3033" w:themeColor="text1"/>
        </w:tcBorders>
        <w:shd w:val="clear" w:color="auto" w:fill="C9CACE" w:themeFill="text1" w:themeFillTint="3F"/>
      </w:tcPr>
    </w:tblStylePr>
    <w:tblStylePr w:type="band2Horz">
      <w:tblPr/>
      <w:tcPr>
        <w:tcBorders>
          <w:top w:val="single" w:sz="8" w:space="0" w:color="2F3033" w:themeColor="text1"/>
          <w:left w:val="single" w:sz="8" w:space="0" w:color="2F3033" w:themeColor="text1"/>
          <w:bottom w:val="single" w:sz="8" w:space="0" w:color="2F3033" w:themeColor="text1"/>
          <w:right w:val="single" w:sz="8" w:space="0" w:color="2F3033" w:themeColor="text1"/>
          <w:insideV w:val="single" w:sz="8" w:space="0" w:color="2F3033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1256C" w:themeColor="accent1"/>
        <w:left w:val="single" w:sz="8" w:space="0" w:color="01256C" w:themeColor="accent1"/>
        <w:bottom w:val="single" w:sz="8" w:space="0" w:color="01256C" w:themeColor="accent1"/>
        <w:right w:val="single" w:sz="8" w:space="0" w:color="01256C" w:themeColor="accent1"/>
        <w:insideH w:val="single" w:sz="8" w:space="0" w:color="01256C" w:themeColor="accent1"/>
        <w:insideV w:val="single" w:sz="8" w:space="0" w:color="01256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1256C" w:themeColor="accent1"/>
          <w:left w:val="single" w:sz="8" w:space="0" w:color="01256C" w:themeColor="accent1"/>
          <w:bottom w:val="single" w:sz="18" w:space="0" w:color="01256C" w:themeColor="accent1"/>
          <w:right w:val="single" w:sz="8" w:space="0" w:color="01256C" w:themeColor="accent1"/>
          <w:insideH w:val="nil"/>
          <w:insideV w:val="single" w:sz="8" w:space="0" w:color="01256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1256C" w:themeColor="accent1"/>
          <w:left w:val="single" w:sz="8" w:space="0" w:color="01256C" w:themeColor="accent1"/>
          <w:bottom w:val="single" w:sz="8" w:space="0" w:color="01256C" w:themeColor="accent1"/>
          <w:right w:val="single" w:sz="8" w:space="0" w:color="01256C" w:themeColor="accent1"/>
          <w:insideH w:val="nil"/>
          <w:insideV w:val="single" w:sz="8" w:space="0" w:color="01256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1256C" w:themeColor="accent1"/>
          <w:left w:val="single" w:sz="8" w:space="0" w:color="01256C" w:themeColor="accent1"/>
          <w:bottom w:val="single" w:sz="8" w:space="0" w:color="01256C" w:themeColor="accent1"/>
          <w:right w:val="single" w:sz="8" w:space="0" w:color="01256C" w:themeColor="accent1"/>
        </w:tcBorders>
      </w:tcPr>
    </w:tblStylePr>
    <w:tblStylePr w:type="band1Vert">
      <w:tblPr/>
      <w:tcPr>
        <w:tcBorders>
          <w:top w:val="single" w:sz="8" w:space="0" w:color="01256C" w:themeColor="accent1"/>
          <w:left w:val="single" w:sz="8" w:space="0" w:color="01256C" w:themeColor="accent1"/>
          <w:bottom w:val="single" w:sz="8" w:space="0" w:color="01256C" w:themeColor="accent1"/>
          <w:right w:val="single" w:sz="8" w:space="0" w:color="01256C" w:themeColor="accent1"/>
        </w:tcBorders>
        <w:shd w:val="clear" w:color="auto" w:fill="9CBDFE" w:themeFill="accent1" w:themeFillTint="3F"/>
      </w:tcPr>
    </w:tblStylePr>
    <w:tblStylePr w:type="band1Horz">
      <w:tblPr/>
      <w:tcPr>
        <w:tcBorders>
          <w:top w:val="single" w:sz="8" w:space="0" w:color="01256C" w:themeColor="accent1"/>
          <w:left w:val="single" w:sz="8" w:space="0" w:color="01256C" w:themeColor="accent1"/>
          <w:bottom w:val="single" w:sz="8" w:space="0" w:color="01256C" w:themeColor="accent1"/>
          <w:right w:val="single" w:sz="8" w:space="0" w:color="01256C" w:themeColor="accent1"/>
          <w:insideV w:val="single" w:sz="8" w:space="0" w:color="01256C" w:themeColor="accent1"/>
        </w:tcBorders>
        <w:shd w:val="clear" w:color="auto" w:fill="9CBDFE" w:themeFill="accent1" w:themeFillTint="3F"/>
      </w:tcPr>
    </w:tblStylePr>
    <w:tblStylePr w:type="band2Horz">
      <w:tblPr/>
      <w:tcPr>
        <w:tcBorders>
          <w:top w:val="single" w:sz="8" w:space="0" w:color="01256C" w:themeColor="accent1"/>
          <w:left w:val="single" w:sz="8" w:space="0" w:color="01256C" w:themeColor="accent1"/>
          <w:bottom w:val="single" w:sz="8" w:space="0" w:color="01256C" w:themeColor="accent1"/>
          <w:right w:val="single" w:sz="8" w:space="0" w:color="01256C" w:themeColor="accent1"/>
          <w:insideV w:val="single" w:sz="8" w:space="0" w:color="01256C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5D8FE" w:themeColor="accent2"/>
        <w:left w:val="single" w:sz="8" w:space="0" w:color="C5D8FE" w:themeColor="accent2"/>
        <w:bottom w:val="single" w:sz="8" w:space="0" w:color="C5D8FE" w:themeColor="accent2"/>
        <w:right w:val="single" w:sz="8" w:space="0" w:color="C5D8FE" w:themeColor="accent2"/>
        <w:insideH w:val="single" w:sz="8" w:space="0" w:color="C5D8FE" w:themeColor="accent2"/>
        <w:insideV w:val="single" w:sz="8" w:space="0" w:color="C5D8FE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5D8FE" w:themeColor="accent2"/>
          <w:left w:val="single" w:sz="8" w:space="0" w:color="C5D8FE" w:themeColor="accent2"/>
          <w:bottom w:val="single" w:sz="18" w:space="0" w:color="C5D8FE" w:themeColor="accent2"/>
          <w:right w:val="single" w:sz="8" w:space="0" w:color="C5D8FE" w:themeColor="accent2"/>
          <w:insideH w:val="nil"/>
          <w:insideV w:val="single" w:sz="8" w:space="0" w:color="C5D8FE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5D8FE" w:themeColor="accent2"/>
          <w:left w:val="single" w:sz="8" w:space="0" w:color="C5D8FE" w:themeColor="accent2"/>
          <w:bottom w:val="single" w:sz="8" w:space="0" w:color="C5D8FE" w:themeColor="accent2"/>
          <w:right w:val="single" w:sz="8" w:space="0" w:color="C5D8FE" w:themeColor="accent2"/>
          <w:insideH w:val="nil"/>
          <w:insideV w:val="single" w:sz="8" w:space="0" w:color="C5D8FE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5D8FE" w:themeColor="accent2"/>
          <w:left w:val="single" w:sz="8" w:space="0" w:color="C5D8FE" w:themeColor="accent2"/>
          <w:bottom w:val="single" w:sz="8" w:space="0" w:color="C5D8FE" w:themeColor="accent2"/>
          <w:right w:val="single" w:sz="8" w:space="0" w:color="C5D8FE" w:themeColor="accent2"/>
        </w:tcBorders>
      </w:tcPr>
    </w:tblStylePr>
    <w:tblStylePr w:type="band1Vert">
      <w:tblPr/>
      <w:tcPr>
        <w:tcBorders>
          <w:top w:val="single" w:sz="8" w:space="0" w:color="C5D8FE" w:themeColor="accent2"/>
          <w:left w:val="single" w:sz="8" w:space="0" w:color="C5D8FE" w:themeColor="accent2"/>
          <w:bottom w:val="single" w:sz="8" w:space="0" w:color="C5D8FE" w:themeColor="accent2"/>
          <w:right w:val="single" w:sz="8" w:space="0" w:color="C5D8FE" w:themeColor="accent2"/>
        </w:tcBorders>
        <w:shd w:val="clear" w:color="auto" w:fill="F0F5FE" w:themeFill="accent2" w:themeFillTint="3F"/>
      </w:tcPr>
    </w:tblStylePr>
    <w:tblStylePr w:type="band1Horz">
      <w:tblPr/>
      <w:tcPr>
        <w:tcBorders>
          <w:top w:val="single" w:sz="8" w:space="0" w:color="C5D8FE" w:themeColor="accent2"/>
          <w:left w:val="single" w:sz="8" w:space="0" w:color="C5D8FE" w:themeColor="accent2"/>
          <w:bottom w:val="single" w:sz="8" w:space="0" w:color="C5D8FE" w:themeColor="accent2"/>
          <w:right w:val="single" w:sz="8" w:space="0" w:color="C5D8FE" w:themeColor="accent2"/>
          <w:insideV w:val="single" w:sz="8" w:space="0" w:color="C5D8FE" w:themeColor="accent2"/>
        </w:tcBorders>
        <w:shd w:val="clear" w:color="auto" w:fill="F0F5FE" w:themeFill="accent2" w:themeFillTint="3F"/>
      </w:tcPr>
    </w:tblStylePr>
    <w:tblStylePr w:type="band2Horz">
      <w:tblPr/>
      <w:tcPr>
        <w:tcBorders>
          <w:top w:val="single" w:sz="8" w:space="0" w:color="C5D8FE" w:themeColor="accent2"/>
          <w:left w:val="single" w:sz="8" w:space="0" w:color="C5D8FE" w:themeColor="accent2"/>
          <w:bottom w:val="single" w:sz="8" w:space="0" w:color="C5D8FE" w:themeColor="accent2"/>
          <w:right w:val="single" w:sz="8" w:space="0" w:color="C5D8FE" w:themeColor="accent2"/>
          <w:insideV w:val="single" w:sz="8" w:space="0" w:color="C5D8FE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D039D" w:themeColor="accent3"/>
        <w:left w:val="single" w:sz="8" w:space="0" w:color="FD039D" w:themeColor="accent3"/>
        <w:bottom w:val="single" w:sz="8" w:space="0" w:color="FD039D" w:themeColor="accent3"/>
        <w:right w:val="single" w:sz="8" w:space="0" w:color="FD039D" w:themeColor="accent3"/>
        <w:insideH w:val="single" w:sz="8" w:space="0" w:color="FD039D" w:themeColor="accent3"/>
        <w:insideV w:val="single" w:sz="8" w:space="0" w:color="FD039D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D039D" w:themeColor="accent3"/>
          <w:left w:val="single" w:sz="8" w:space="0" w:color="FD039D" w:themeColor="accent3"/>
          <w:bottom w:val="single" w:sz="18" w:space="0" w:color="FD039D" w:themeColor="accent3"/>
          <w:right w:val="single" w:sz="8" w:space="0" w:color="FD039D" w:themeColor="accent3"/>
          <w:insideH w:val="nil"/>
          <w:insideV w:val="single" w:sz="8" w:space="0" w:color="FD039D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D039D" w:themeColor="accent3"/>
          <w:left w:val="single" w:sz="8" w:space="0" w:color="FD039D" w:themeColor="accent3"/>
          <w:bottom w:val="single" w:sz="8" w:space="0" w:color="FD039D" w:themeColor="accent3"/>
          <w:right w:val="single" w:sz="8" w:space="0" w:color="FD039D" w:themeColor="accent3"/>
          <w:insideH w:val="nil"/>
          <w:insideV w:val="single" w:sz="8" w:space="0" w:color="FD039D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D039D" w:themeColor="accent3"/>
          <w:left w:val="single" w:sz="8" w:space="0" w:color="FD039D" w:themeColor="accent3"/>
          <w:bottom w:val="single" w:sz="8" w:space="0" w:color="FD039D" w:themeColor="accent3"/>
          <w:right w:val="single" w:sz="8" w:space="0" w:color="FD039D" w:themeColor="accent3"/>
        </w:tcBorders>
      </w:tcPr>
    </w:tblStylePr>
    <w:tblStylePr w:type="band1Vert">
      <w:tblPr/>
      <w:tcPr>
        <w:tcBorders>
          <w:top w:val="single" w:sz="8" w:space="0" w:color="FD039D" w:themeColor="accent3"/>
          <w:left w:val="single" w:sz="8" w:space="0" w:color="FD039D" w:themeColor="accent3"/>
          <w:bottom w:val="single" w:sz="8" w:space="0" w:color="FD039D" w:themeColor="accent3"/>
          <w:right w:val="single" w:sz="8" w:space="0" w:color="FD039D" w:themeColor="accent3"/>
        </w:tcBorders>
        <w:shd w:val="clear" w:color="auto" w:fill="FEC0E6" w:themeFill="accent3" w:themeFillTint="3F"/>
      </w:tcPr>
    </w:tblStylePr>
    <w:tblStylePr w:type="band1Horz">
      <w:tblPr/>
      <w:tcPr>
        <w:tcBorders>
          <w:top w:val="single" w:sz="8" w:space="0" w:color="FD039D" w:themeColor="accent3"/>
          <w:left w:val="single" w:sz="8" w:space="0" w:color="FD039D" w:themeColor="accent3"/>
          <w:bottom w:val="single" w:sz="8" w:space="0" w:color="FD039D" w:themeColor="accent3"/>
          <w:right w:val="single" w:sz="8" w:space="0" w:color="FD039D" w:themeColor="accent3"/>
          <w:insideV w:val="single" w:sz="8" w:space="0" w:color="FD039D" w:themeColor="accent3"/>
        </w:tcBorders>
        <w:shd w:val="clear" w:color="auto" w:fill="FEC0E6" w:themeFill="accent3" w:themeFillTint="3F"/>
      </w:tcPr>
    </w:tblStylePr>
    <w:tblStylePr w:type="band2Horz">
      <w:tblPr/>
      <w:tcPr>
        <w:tcBorders>
          <w:top w:val="single" w:sz="8" w:space="0" w:color="FD039D" w:themeColor="accent3"/>
          <w:left w:val="single" w:sz="8" w:space="0" w:color="FD039D" w:themeColor="accent3"/>
          <w:bottom w:val="single" w:sz="8" w:space="0" w:color="FD039D" w:themeColor="accent3"/>
          <w:right w:val="single" w:sz="8" w:space="0" w:color="FD039D" w:themeColor="accent3"/>
          <w:insideV w:val="single" w:sz="8" w:space="0" w:color="FD039D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accent4"/>
        <w:left w:val="single" w:sz="8" w:space="0" w:color="FFFFFF" w:themeColor="accent4"/>
        <w:bottom w:val="single" w:sz="8" w:space="0" w:color="FFFFFF" w:themeColor="accent4"/>
        <w:right w:val="single" w:sz="8" w:space="0" w:color="FFFFFF" w:themeColor="accent4"/>
        <w:insideH w:val="single" w:sz="8" w:space="0" w:color="FFFFFF" w:themeColor="accent4"/>
        <w:insideV w:val="single" w:sz="8" w:space="0" w:color="FFFFFF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FF" w:themeColor="accent4"/>
          <w:left w:val="single" w:sz="8" w:space="0" w:color="FFFFFF" w:themeColor="accent4"/>
          <w:bottom w:val="single" w:sz="18" w:space="0" w:color="FFFFFF" w:themeColor="accent4"/>
          <w:right w:val="single" w:sz="8" w:space="0" w:color="FFFFFF" w:themeColor="accent4"/>
          <w:insideH w:val="nil"/>
          <w:insideV w:val="single" w:sz="8" w:space="0" w:color="FFFFFF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FF" w:themeColor="accent4"/>
          <w:left w:val="single" w:sz="8" w:space="0" w:color="FFFFFF" w:themeColor="accent4"/>
          <w:bottom w:val="single" w:sz="8" w:space="0" w:color="FFFFFF" w:themeColor="accent4"/>
          <w:right w:val="single" w:sz="8" w:space="0" w:color="FFFFFF" w:themeColor="accent4"/>
          <w:insideH w:val="nil"/>
          <w:insideV w:val="single" w:sz="8" w:space="0" w:color="FFFFFF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FF" w:themeColor="accent4"/>
          <w:left w:val="single" w:sz="8" w:space="0" w:color="FFFFFF" w:themeColor="accent4"/>
          <w:bottom w:val="single" w:sz="8" w:space="0" w:color="FFFFFF" w:themeColor="accent4"/>
          <w:right w:val="single" w:sz="8" w:space="0" w:color="FFFFFF" w:themeColor="accent4"/>
        </w:tcBorders>
      </w:tcPr>
    </w:tblStylePr>
    <w:tblStylePr w:type="band1Vert">
      <w:tblPr/>
      <w:tcPr>
        <w:tcBorders>
          <w:top w:val="single" w:sz="8" w:space="0" w:color="FFFFFF" w:themeColor="accent4"/>
          <w:left w:val="single" w:sz="8" w:space="0" w:color="FFFFFF" w:themeColor="accent4"/>
          <w:bottom w:val="single" w:sz="8" w:space="0" w:color="FFFFFF" w:themeColor="accent4"/>
          <w:right w:val="single" w:sz="8" w:space="0" w:color="FFFFFF" w:themeColor="accent4"/>
        </w:tcBorders>
        <w:shd w:val="clear" w:color="auto" w:fill="FFFFFF" w:themeFill="accent4" w:themeFillTint="3F"/>
      </w:tcPr>
    </w:tblStylePr>
    <w:tblStylePr w:type="band1Horz">
      <w:tblPr/>
      <w:tcPr>
        <w:tcBorders>
          <w:top w:val="single" w:sz="8" w:space="0" w:color="FFFFFF" w:themeColor="accent4"/>
          <w:left w:val="single" w:sz="8" w:space="0" w:color="FFFFFF" w:themeColor="accent4"/>
          <w:bottom w:val="single" w:sz="8" w:space="0" w:color="FFFFFF" w:themeColor="accent4"/>
          <w:right w:val="single" w:sz="8" w:space="0" w:color="FFFFFF" w:themeColor="accent4"/>
          <w:insideV w:val="single" w:sz="8" w:space="0" w:color="FFFFFF" w:themeColor="accent4"/>
        </w:tcBorders>
        <w:shd w:val="clear" w:color="auto" w:fill="FFFFFF" w:themeFill="accent4" w:themeFillTint="3F"/>
      </w:tcPr>
    </w:tblStylePr>
    <w:tblStylePr w:type="band2Horz">
      <w:tblPr/>
      <w:tcPr>
        <w:tcBorders>
          <w:top w:val="single" w:sz="8" w:space="0" w:color="FFFFFF" w:themeColor="accent4"/>
          <w:left w:val="single" w:sz="8" w:space="0" w:color="FFFFFF" w:themeColor="accent4"/>
          <w:bottom w:val="single" w:sz="8" w:space="0" w:color="FFFFFF" w:themeColor="accent4"/>
          <w:right w:val="single" w:sz="8" w:space="0" w:color="FFFFFF" w:themeColor="accent4"/>
          <w:insideV w:val="single" w:sz="8" w:space="0" w:color="FFFFFF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F3033" w:themeColor="accent5"/>
        <w:left w:val="single" w:sz="8" w:space="0" w:color="2F3033" w:themeColor="accent5"/>
        <w:bottom w:val="single" w:sz="8" w:space="0" w:color="2F3033" w:themeColor="accent5"/>
        <w:right w:val="single" w:sz="8" w:space="0" w:color="2F3033" w:themeColor="accent5"/>
        <w:insideH w:val="single" w:sz="8" w:space="0" w:color="2F3033" w:themeColor="accent5"/>
        <w:insideV w:val="single" w:sz="8" w:space="0" w:color="2F303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F3033" w:themeColor="accent5"/>
          <w:left w:val="single" w:sz="8" w:space="0" w:color="2F3033" w:themeColor="accent5"/>
          <w:bottom w:val="single" w:sz="18" w:space="0" w:color="2F3033" w:themeColor="accent5"/>
          <w:right w:val="single" w:sz="8" w:space="0" w:color="2F3033" w:themeColor="accent5"/>
          <w:insideH w:val="nil"/>
          <w:insideV w:val="single" w:sz="8" w:space="0" w:color="2F303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F3033" w:themeColor="accent5"/>
          <w:left w:val="single" w:sz="8" w:space="0" w:color="2F3033" w:themeColor="accent5"/>
          <w:bottom w:val="single" w:sz="8" w:space="0" w:color="2F3033" w:themeColor="accent5"/>
          <w:right w:val="single" w:sz="8" w:space="0" w:color="2F3033" w:themeColor="accent5"/>
          <w:insideH w:val="nil"/>
          <w:insideV w:val="single" w:sz="8" w:space="0" w:color="2F303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F3033" w:themeColor="accent5"/>
          <w:left w:val="single" w:sz="8" w:space="0" w:color="2F3033" w:themeColor="accent5"/>
          <w:bottom w:val="single" w:sz="8" w:space="0" w:color="2F3033" w:themeColor="accent5"/>
          <w:right w:val="single" w:sz="8" w:space="0" w:color="2F3033" w:themeColor="accent5"/>
        </w:tcBorders>
      </w:tcPr>
    </w:tblStylePr>
    <w:tblStylePr w:type="band1Vert">
      <w:tblPr/>
      <w:tcPr>
        <w:tcBorders>
          <w:top w:val="single" w:sz="8" w:space="0" w:color="2F3033" w:themeColor="accent5"/>
          <w:left w:val="single" w:sz="8" w:space="0" w:color="2F3033" w:themeColor="accent5"/>
          <w:bottom w:val="single" w:sz="8" w:space="0" w:color="2F3033" w:themeColor="accent5"/>
          <w:right w:val="single" w:sz="8" w:space="0" w:color="2F3033" w:themeColor="accent5"/>
        </w:tcBorders>
        <w:shd w:val="clear" w:color="auto" w:fill="C9CACE" w:themeFill="accent5" w:themeFillTint="3F"/>
      </w:tcPr>
    </w:tblStylePr>
    <w:tblStylePr w:type="band1Horz">
      <w:tblPr/>
      <w:tcPr>
        <w:tcBorders>
          <w:top w:val="single" w:sz="8" w:space="0" w:color="2F3033" w:themeColor="accent5"/>
          <w:left w:val="single" w:sz="8" w:space="0" w:color="2F3033" w:themeColor="accent5"/>
          <w:bottom w:val="single" w:sz="8" w:space="0" w:color="2F3033" w:themeColor="accent5"/>
          <w:right w:val="single" w:sz="8" w:space="0" w:color="2F3033" w:themeColor="accent5"/>
          <w:insideV w:val="single" w:sz="8" w:space="0" w:color="2F3033" w:themeColor="accent5"/>
        </w:tcBorders>
        <w:shd w:val="clear" w:color="auto" w:fill="C9CACE" w:themeFill="accent5" w:themeFillTint="3F"/>
      </w:tcPr>
    </w:tblStylePr>
    <w:tblStylePr w:type="band2Horz">
      <w:tblPr/>
      <w:tcPr>
        <w:tcBorders>
          <w:top w:val="single" w:sz="8" w:space="0" w:color="2F3033" w:themeColor="accent5"/>
          <w:left w:val="single" w:sz="8" w:space="0" w:color="2F3033" w:themeColor="accent5"/>
          <w:bottom w:val="single" w:sz="8" w:space="0" w:color="2F3033" w:themeColor="accent5"/>
          <w:right w:val="single" w:sz="8" w:space="0" w:color="2F3033" w:themeColor="accent5"/>
          <w:insideV w:val="single" w:sz="8" w:space="0" w:color="2F3033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D9D9D9" w:themeColor="accent6"/>
        <w:left w:val="single" w:sz="8" w:space="0" w:color="D9D9D9" w:themeColor="accent6"/>
        <w:bottom w:val="single" w:sz="8" w:space="0" w:color="D9D9D9" w:themeColor="accent6"/>
        <w:right w:val="single" w:sz="8" w:space="0" w:color="D9D9D9" w:themeColor="accent6"/>
        <w:insideH w:val="single" w:sz="8" w:space="0" w:color="D9D9D9" w:themeColor="accent6"/>
        <w:insideV w:val="single" w:sz="8" w:space="0" w:color="D9D9D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9D9D9" w:themeColor="accent6"/>
          <w:left w:val="single" w:sz="8" w:space="0" w:color="D9D9D9" w:themeColor="accent6"/>
          <w:bottom w:val="single" w:sz="18" w:space="0" w:color="D9D9D9" w:themeColor="accent6"/>
          <w:right w:val="single" w:sz="8" w:space="0" w:color="D9D9D9" w:themeColor="accent6"/>
          <w:insideH w:val="nil"/>
          <w:insideV w:val="single" w:sz="8" w:space="0" w:color="D9D9D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9D9D9" w:themeColor="accent6"/>
          <w:left w:val="single" w:sz="8" w:space="0" w:color="D9D9D9" w:themeColor="accent6"/>
          <w:bottom w:val="single" w:sz="8" w:space="0" w:color="D9D9D9" w:themeColor="accent6"/>
          <w:right w:val="single" w:sz="8" w:space="0" w:color="D9D9D9" w:themeColor="accent6"/>
          <w:insideH w:val="nil"/>
          <w:insideV w:val="single" w:sz="8" w:space="0" w:color="D9D9D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9D9D9" w:themeColor="accent6"/>
          <w:left w:val="single" w:sz="8" w:space="0" w:color="D9D9D9" w:themeColor="accent6"/>
          <w:bottom w:val="single" w:sz="8" w:space="0" w:color="D9D9D9" w:themeColor="accent6"/>
          <w:right w:val="single" w:sz="8" w:space="0" w:color="D9D9D9" w:themeColor="accent6"/>
        </w:tcBorders>
      </w:tcPr>
    </w:tblStylePr>
    <w:tblStylePr w:type="band1Vert">
      <w:tblPr/>
      <w:tcPr>
        <w:tcBorders>
          <w:top w:val="single" w:sz="8" w:space="0" w:color="D9D9D9" w:themeColor="accent6"/>
          <w:left w:val="single" w:sz="8" w:space="0" w:color="D9D9D9" w:themeColor="accent6"/>
          <w:bottom w:val="single" w:sz="8" w:space="0" w:color="D9D9D9" w:themeColor="accent6"/>
          <w:right w:val="single" w:sz="8" w:space="0" w:color="D9D9D9" w:themeColor="accent6"/>
        </w:tcBorders>
        <w:shd w:val="clear" w:color="auto" w:fill="F5F5F5" w:themeFill="accent6" w:themeFillTint="3F"/>
      </w:tcPr>
    </w:tblStylePr>
    <w:tblStylePr w:type="band1Horz">
      <w:tblPr/>
      <w:tcPr>
        <w:tcBorders>
          <w:top w:val="single" w:sz="8" w:space="0" w:color="D9D9D9" w:themeColor="accent6"/>
          <w:left w:val="single" w:sz="8" w:space="0" w:color="D9D9D9" w:themeColor="accent6"/>
          <w:bottom w:val="single" w:sz="8" w:space="0" w:color="D9D9D9" w:themeColor="accent6"/>
          <w:right w:val="single" w:sz="8" w:space="0" w:color="D9D9D9" w:themeColor="accent6"/>
          <w:insideV w:val="single" w:sz="8" w:space="0" w:color="D9D9D9" w:themeColor="accent6"/>
        </w:tcBorders>
        <w:shd w:val="clear" w:color="auto" w:fill="F5F5F5" w:themeFill="accent6" w:themeFillTint="3F"/>
      </w:tcPr>
    </w:tblStylePr>
    <w:tblStylePr w:type="band2Horz">
      <w:tblPr/>
      <w:tcPr>
        <w:tcBorders>
          <w:top w:val="single" w:sz="8" w:space="0" w:color="D9D9D9" w:themeColor="accent6"/>
          <w:left w:val="single" w:sz="8" w:space="0" w:color="D9D9D9" w:themeColor="accent6"/>
          <w:bottom w:val="single" w:sz="8" w:space="0" w:color="D9D9D9" w:themeColor="accent6"/>
          <w:right w:val="single" w:sz="8" w:space="0" w:color="D9D9D9" w:themeColor="accent6"/>
          <w:insideV w:val="single" w:sz="8" w:space="0" w:color="D9D9D9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606268" w:themeColor="text1" w:themeTint="BF"/>
        <w:left w:val="single" w:sz="8" w:space="0" w:color="606268" w:themeColor="text1" w:themeTint="BF"/>
        <w:bottom w:val="single" w:sz="8" w:space="0" w:color="606268" w:themeColor="text1" w:themeTint="BF"/>
        <w:right w:val="single" w:sz="8" w:space="0" w:color="606268" w:themeColor="text1" w:themeTint="BF"/>
        <w:insideH w:val="single" w:sz="8" w:space="0" w:color="606268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06268" w:themeColor="text1" w:themeTint="BF"/>
          <w:left w:val="single" w:sz="8" w:space="0" w:color="606268" w:themeColor="text1" w:themeTint="BF"/>
          <w:bottom w:val="single" w:sz="8" w:space="0" w:color="606268" w:themeColor="text1" w:themeTint="BF"/>
          <w:right w:val="single" w:sz="8" w:space="0" w:color="606268" w:themeColor="text1" w:themeTint="BF"/>
          <w:insideH w:val="nil"/>
          <w:insideV w:val="nil"/>
        </w:tcBorders>
        <w:shd w:val="clear" w:color="auto" w:fill="2F3033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06268" w:themeColor="text1" w:themeTint="BF"/>
          <w:left w:val="single" w:sz="8" w:space="0" w:color="606268" w:themeColor="text1" w:themeTint="BF"/>
          <w:bottom w:val="single" w:sz="8" w:space="0" w:color="606268" w:themeColor="text1" w:themeTint="BF"/>
          <w:right w:val="single" w:sz="8" w:space="0" w:color="606268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CACE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9CACE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246CF" w:themeColor="accent1" w:themeTint="BF"/>
        <w:left w:val="single" w:sz="8" w:space="0" w:color="0246CF" w:themeColor="accent1" w:themeTint="BF"/>
        <w:bottom w:val="single" w:sz="8" w:space="0" w:color="0246CF" w:themeColor="accent1" w:themeTint="BF"/>
        <w:right w:val="single" w:sz="8" w:space="0" w:color="0246CF" w:themeColor="accent1" w:themeTint="BF"/>
        <w:insideH w:val="single" w:sz="8" w:space="0" w:color="0246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246CF" w:themeColor="accent1" w:themeTint="BF"/>
          <w:left w:val="single" w:sz="8" w:space="0" w:color="0246CF" w:themeColor="accent1" w:themeTint="BF"/>
          <w:bottom w:val="single" w:sz="8" w:space="0" w:color="0246CF" w:themeColor="accent1" w:themeTint="BF"/>
          <w:right w:val="single" w:sz="8" w:space="0" w:color="0246CF" w:themeColor="accent1" w:themeTint="BF"/>
          <w:insideH w:val="nil"/>
          <w:insideV w:val="nil"/>
        </w:tcBorders>
        <w:shd w:val="clear" w:color="auto" w:fill="01256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246CF" w:themeColor="accent1" w:themeTint="BF"/>
          <w:left w:val="single" w:sz="8" w:space="0" w:color="0246CF" w:themeColor="accent1" w:themeTint="BF"/>
          <w:bottom w:val="single" w:sz="8" w:space="0" w:color="0246CF" w:themeColor="accent1" w:themeTint="BF"/>
          <w:right w:val="single" w:sz="8" w:space="0" w:color="0246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CBDF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CBDF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D3E1FE" w:themeColor="accent2" w:themeTint="BF"/>
        <w:left w:val="single" w:sz="8" w:space="0" w:color="D3E1FE" w:themeColor="accent2" w:themeTint="BF"/>
        <w:bottom w:val="single" w:sz="8" w:space="0" w:color="D3E1FE" w:themeColor="accent2" w:themeTint="BF"/>
        <w:right w:val="single" w:sz="8" w:space="0" w:color="D3E1FE" w:themeColor="accent2" w:themeTint="BF"/>
        <w:insideH w:val="single" w:sz="8" w:space="0" w:color="D3E1FE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3E1FE" w:themeColor="accent2" w:themeTint="BF"/>
          <w:left w:val="single" w:sz="8" w:space="0" w:color="D3E1FE" w:themeColor="accent2" w:themeTint="BF"/>
          <w:bottom w:val="single" w:sz="8" w:space="0" w:color="D3E1FE" w:themeColor="accent2" w:themeTint="BF"/>
          <w:right w:val="single" w:sz="8" w:space="0" w:color="D3E1FE" w:themeColor="accent2" w:themeTint="BF"/>
          <w:insideH w:val="nil"/>
          <w:insideV w:val="nil"/>
        </w:tcBorders>
        <w:shd w:val="clear" w:color="auto" w:fill="C5D8FE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3E1FE" w:themeColor="accent2" w:themeTint="BF"/>
          <w:left w:val="single" w:sz="8" w:space="0" w:color="D3E1FE" w:themeColor="accent2" w:themeTint="BF"/>
          <w:bottom w:val="single" w:sz="8" w:space="0" w:color="D3E1FE" w:themeColor="accent2" w:themeTint="BF"/>
          <w:right w:val="single" w:sz="8" w:space="0" w:color="D3E1FE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5FE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0F5FE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D42B5" w:themeColor="accent3" w:themeTint="BF"/>
        <w:left w:val="single" w:sz="8" w:space="0" w:color="FD42B5" w:themeColor="accent3" w:themeTint="BF"/>
        <w:bottom w:val="single" w:sz="8" w:space="0" w:color="FD42B5" w:themeColor="accent3" w:themeTint="BF"/>
        <w:right w:val="single" w:sz="8" w:space="0" w:color="FD42B5" w:themeColor="accent3" w:themeTint="BF"/>
        <w:insideH w:val="single" w:sz="8" w:space="0" w:color="FD42B5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D42B5" w:themeColor="accent3" w:themeTint="BF"/>
          <w:left w:val="single" w:sz="8" w:space="0" w:color="FD42B5" w:themeColor="accent3" w:themeTint="BF"/>
          <w:bottom w:val="single" w:sz="8" w:space="0" w:color="FD42B5" w:themeColor="accent3" w:themeTint="BF"/>
          <w:right w:val="single" w:sz="8" w:space="0" w:color="FD42B5" w:themeColor="accent3" w:themeTint="BF"/>
          <w:insideH w:val="nil"/>
          <w:insideV w:val="nil"/>
        </w:tcBorders>
        <w:shd w:val="clear" w:color="auto" w:fill="FD039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D42B5" w:themeColor="accent3" w:themeTint="BF"/>
          <w:left w:val="single" w:sz="8" w:space="0" w:color="FD42B5" w:themeColor="accent3" w:themeTint="BF"/>
          <w:bottom w:val="single" w:sz="8" w:space="0" w:color="FD42B5" w:themeColor="accent3" w:themeTint="BF"/>
          <w:right w:val="single" w:sz="8" w:space="0" w:color="FD42B5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C0E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C0E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accent4" w:themeTint="BF"/>
        <w:left w:val="single" w:sz="8" w:space="0" w:color="FFFFFF" w:themeColor="accent4" w:themeTint="BF"/>
        <w:bottom w:val="single" w:sz="8" w:space="0" w:color="FFFFFF" w:themeColor="accent4" w:themeTint="BF"/>
        <w:right w:val="single" w:sz="8" w:space="0" w:color="FFFFFF" w:themeColor="accent4" w:themeTint="BF"/>
        <w:insideH w:val="single" w:sz="8" w:space="0" w:color="FFFFF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FF" w:themeColor="accent4" w:themeTint="BF"/>
          <w:left w:val="single" w:sz="8" w:space="0" w:color="FFFFFF" w:themeColor="accent4" w:themeTint="BF"/>
          <w:bottom w:val="single" w:sz="8" w:space="0" w:color="FFFFFF" w:themeColor="accent4" w:themeTint="BF"/>
          <w:right w:val="single" w:sz="8" w:space="0" w:color="FFFFFF" w:themeColor="accent4" w:themeTint="BF"/>
          <w:insideH w:val="nil"/>
          <w:insideV w:val="nil"/>
        </w:tcBorders>
        <w:shd w:val="clear" w:color="auto" w:fill="FFFFF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4" w:themeTint="BF"/>
          <w:left w:val="single" w:sz="8" w:space="0" w:color="FFFFFF" w:themeColor="accent4" w:themeTint="BF"/>
          <w:bottom w:val="single" w:sz="8" w:space="0" w:color="FFFFFF" w:themeColor="accent4" w:themeTint="BF"/>
          <w:right w:val="single" w:sz="8" w:space="0" w:color="FFFF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606268" w:themeColor="accent5" w:themeTint="BF"/>
        <w:left w:val="single" w:sz="8" w:space="0" w:color="606268" w:themeColor="accent5" w:themeTint="BF"/>
        <w:bottom w:val="single" w:sz="8" w:space="0" w:color="606268" w:themeColor="accent5" w:themeTint="BF"/>
        <w:right w:val="single" w:sz="8" w:space="0" w:color="606268" w:themeColor="accent5" w:themeTint="BF"/>
        <w:insideH w:val="single" w:sz="8" w:space="0" w:color="606268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06268" w:themeColor="accent5" w:themeTint="BF"/>
          <w:left w:val="single" w:sz="8" w:space="0" w:color="606268" w:themeColor="accent5" w:themeTint="BF"/>
          <w:bottom w:val="single" w:sz="8" w:space="0" w:color="606268" w:themeColor="accent5" w:themeTint="BF"/>
          <w:right w:val="single" w:sz="8" w:space="0" w:color="606268" w:themeColor="accent5" w:themeTint="BF"/>
          <w:insideH w:val="nil"/>
          <w:insideV w:val="nil"/>
        </w:tcBorders>
        <w:shd w:val="clear" w:color="auto" w:fill="2F303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06268" w:themeColor="accent5" w:themeTint="BF"/>
          <w:left w:val="single" w:sz="8" w:space="0" w:color="606268" w:themeColor="accent5" w:themeTint="BF"/>
          <w:bottom w:val="single" w:sz="8" w:space="0" w:color="606268" w:themeColor="accent5" w:themeTint="BF"/>
          <w:right w:val="single" w:sz="8" w:space="0" w:color="606268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CAC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9CAC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2E2E2" w:themeColor="accent6" w:themeTint="BF"/>
        <w:left w:val="single" w:sz="8" w:space="0" w:color="E2E2E2" w:themeColor="accent6" w:themeTint="BF"/>
        <w:bottom w:val="single" w:sz="8" w:space="0" w:color="E2E2E2" w:themeColor="accent6" w:themeTint="BF"/>
        <w:right w:val="single" w:sz="8" w:space="0" w:color="E2E2E2" w:themeColor="accent6" w:themeTint="BF"/>
        <w:insideH w:val="single" w:sz="8" w:space="0" w:color="E2E2E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2E2E2" w:themeColor="accent6" w:themeTint="BF"/>
          <w:left w:val="single" w:sz="8" w:space="0" w:color="E2E2E2" w:themeColor="accent6" w:themeTint="BF"/>
          <w:bottom w:val="single" w:sz="8" w:space="0" w:color="E2E2E2" w:themeColor="accent6" w:themeTint="BF"/>
          <w:right w:val="single" w:sz="8" w:space="0" w:color="E2E2E2" w:themeColor="accent6" w:themeTint="BF"/>
          <w:insideH w:val="nil"/>
          <w:insideV w:val="nil"/>
        </w:tcBorders>
        <w:shd w:val="clear" w:color="auto" w:fill="D9D9D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2E2E2" w:themeColor="accent6" w:themeTint="BF"/>
          <w:left w:val="single" w:sz="8" w:space="0" w:color="E2E2E2" w:themeColor="accent6" w:themeTint="BF"/>
          <w:bottom w:val="single" w:sz="8" w:space="0" w:color="E2E2E2" w:themeColor="accent6" w:themeTint="BF"/>
          <w:right w:val="single" w:sz="8" w:space="0" w:color="E2E2E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5F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5F5F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F3033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F3033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F3033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1256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1256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1256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5D8FE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5D8FE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5D8FE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D039D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D039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039D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F303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F303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F303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9D9D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9D9D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2F3033" w:themeColor="text1"/>
    </w:rPr>
    <w:tblPr>
      <w:tblStyleRowBandSize w:val="1"/>
      <w:tblStyleColBandSize w:val="1"/>
      <w:tblBorders>
        <w:top w:val="single" w:sz="8" w:space="0" w:color="2F3033" w:themeColor="text1"/>
        <w:bottom w:val="single" w:sz="8" w:space="0" w:color="2F3033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F3033" w:themeColor="text1"/>
        </w:tcBorders>
      </w:tcPr>
    </w:tblStylePr>
    <w:tblStylePr w:type="lastRow">
      <w:rPr>
        <w:b/>
        <w:bCs/>
        <w:color w:val="024AD8" w:themeColor="text2"/>
      </w:rPr>
      <w:tblPr/>
      <w:tcPr>
        <w:tcBorders>
          <w:top w:val="single" w:sz="8" w:space="0" w:color="2F3033" w:themeColor="text1"/>
          <w:bottom w:val="single" w:sz="8" w:space="0" w:color="2F3033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F3033" w:themeColor="text1"/>
          <w:bottom w:val="single" w:sz="8" w:space="0" w:color="2F3033" w:themeColor="text1"/>
        </w:tcBorders>
      </w:tcPr>
    </w:tblStylePr>
    <w:tblStylePr w:type="band1Vert">
      <w:tblPr/>
      <w:tcPr>
        <w:shd w:val="clear" w:color="auto" w:fill="C9CACE" w:themeFill="text1" w:themeFillTint="3F"/>
      </w:tcPr>
    </w:tblStylePr>
    <w:tblStylePr w:type="band1Horz">
      <w:tblPr/>
      <w:tcPr>
        <w:shd w:val="clear" w:color="auto" w:fill="C9CACE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2F3033" w:themeColor="text1"/>
    </w:rPr>
    <w:tblPr>
      <w:tblStyleRowBandSize w:val="1"/>
      <w:tblStyleColBandSize w:val="1"/>
      <w:tblBorders>
        <w:top w:val="single" w:sz="8" w:space="0" w:color="01256C" w:themeColor="accent1"/>
        <w:bottom w:val="single" w:sz="8" w:space="0" w:color="01256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1256C" w:themeColor="accent1"/>
        </w:tcBorders>
      </w:tcPr>
    </w:tblStylePr>
    <w:tblStylePr w:type="lastRow">
      <w:rPr>
        <w:b/>
        <w:bCs/>
        <w:color w:val="024AD8" w:themeColor="text2"/>
      </w:rPr>
      <w:tblPr/>
      <w:tcPr>
        <w:tcBorders>
          <w:top w:val="single" w:sz="8" w:space="0" w:color="01256C" w:themeColor="accent1"/>
          <w:bottom w:val="single" w:sz="8" w:space="0" w:color="01256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1256C" w:themeColor="accent1"/>
          <w:bottom w:val="single" w:sz="8" w:space="0" w:color="01256C" w:themeColor="accent1"/>
        </w:tcBorders>
      </w:tcPr>
    </w:tblStylePr>
    <w:tblStylePr w:type="band1Vert">
      <w:tblPr/>
      <w:tcPr>
        <w:shd w:val="clear" w:color="auto" w:fill="9CBDFE" w:themeFill="accent1" w:themeFillTint="3F"/>
      </w:tcPr>
    </w:tblStylePr>
    <w:tblStylePr w:type="band1Horz">
      <w:tblPr/>
      <w:tcPr>
        <w:shd w:val="clear" w:color="auto" w:fill="9CBDF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2F3033" w:themeColor="text1"/>
    </w:rPr>
    <w:tblPr>
      <w:tblStyleRowBandSize w:val="1"/>
      <w:tblStyleColBandSize w:val="1"/>
      <w:tblBorders>
        <w:top w:val="single" w:sz="8" w:space="0" w:color="C5D8FE" w:themeColor="accent2"/>
        <w:bottom w:val="single" w:sz="8" w:space="0" w:color="C5D8FE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5D8FE" w:themeColor="accent2"/>
        </w:tcBorders>
      </w:tcPr>
    </w:tblStylePr>
    <w:tblStylePr w:type="lastRow">
      <w:rPr>
        <w:b/>
        <w:bCs/>
        <w:color w:val="024AD8" w:themeColor="text2"/>
      </w:rPr>
      <w:tblPr/>
      <w:tcPr>
        <w:tcBorders>
          <w:top w:val="single" w:sz="8" w:space="0" w:color="C5D8FE" w:themeColor="accent2"/>
          <w:bottom w:val="single" w:sz="8" w:space="0" w:color="C5D8F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5D8FE" w:themeColor="accent2"/>
          <w:bottom w:val="single" w:sz="8" w:space="0" w:color="C5D8FE" w:themeColor="accent2"/>
        </w:tcBorders>
      </w:tcPr>
    </w:tblStylePr>
    <w:tblStylePr w:type="band1Vert">
      <w:tblPr/>
      <w:tcPr>
        <w:shd w:val="clear" w:color="auto" w:fill="F0F5FE" w:themeFill="accent2" w:themeFillTint="3F"/>
      </w:tcPr>
    </w:tblStylePr>
    <w:tblStylePr w:type="band1Horz">
      <w:tblPr/>
      <w:tcPr>
        <w:shd w:val="clear" w:color="auto" w:fill="F0F5FE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2F3033" w:themeColor="text1"/>
    </w:rPr>
    <w:tblPr>
      <w:tblStyleRowBandSize w:val="1"/>
      <w:tblStyleColBandSize w:val="1"/>
      <w:tblBorders>
        <w:top w:val="single" w:sz="8" w:space="0" w:color="FD039D" w:themeColor="accent3"/>
        <w:bottom w:val="single" w:sz="8" w:space="0" w:color="FD039D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D039D" w:themeColor="accent3"/>
        </w:tcBorders>
      </w:tcPr>
    </w:tblStylePr>
    <w:tblStylePr w:type="lastRow">
      <w:rPr>
        <w:b/>
        <w:bCs/>
        <w:color w:val="024AD8" w:themeColor="text2"/>
      </w:rPr>
      <w:tblPr/>
      <w:tcPr>
        <w:tcBorders>
          <w:top w:val="single" w:sz="8" w:space="0" w:color="FD039D" w:themeColor="accent3"/>
          <w:bottom w:val="single" w:sz="8" w:space="0" w:color="FD039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D039D" w:themeColor="accent3"/>
          <w:bottom w:val="single" w:sz="8" w:space="0" w:color="FD039D" w:themeColor="accent3"/>
        </w:tcBorders>
      </w:tcPr>
    </w:tblStylePr>
    <w:tblStylePr w:type="band1Vert">
      <w:tblPr/>
      <w:tcPr>
        <w:shd w:val="clear" w:color="auto" w:fill="FEC0E6" w:themeFill="accent3" w:themeFillTint="3F"/>
      </w:tcPr>
    </w:tblStylePr>
    <w:tblStylePr w:type="band1Horz">
      <w:tblPr/>
      <w:tcPr>
        <w:shd w:val="clear" w:color="auto" w:fill="FEC0E6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2F3033" w:themeColor="text1"/>
    </w:rPr>
    <w:tblPr>
      <w:tblStyleRowBandSize w:val="1"/>
      <w:tblStyleColBandSize w:val="1"/>
      <w:tblBorders>
        <w:top w:val="single" w:sz="8" w:space="0" w:color="FFFFFF" w:themeColor="accent4"/>
        <w:bottom w:val="single" w:sz="8" w:space="0" w:color="FFFFFF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FF" w:themeColor="accent4"/>
        </w:tcBorders>
      </w:tcPr>
    </w:tblStylePr>
    <w:tblStylePr w:type="lastRow">
      <w:rPr>
        <w:b/>
        <w:bCs/>
        <w:color w:val="024AD8" w:themeColor="text2"/>
      </w:rPr>
      <w:tblPr/>
      <w:tcPr>
        <w:tcBorders>
          <w:top w:val="single" w:sz="8" w:space="0" w:color="FFFFFF" w:themeColor="accent4"/>
          <w:bottom w:val="single" w:sz="8" w:space="0" w:color="FFFF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FF" w:themeColor="accent4"/>
          <w:bottom w:val="single" w:sz="8" w:space="0" w:color="FFFFFF" w:themeColor="accent4"/>
        </w:tcBorders>
      </w:tcPr>
    </w:tblStylePr>
    <w:tblStylePr w:type="band1Vert">
      <w:tblPr/>
      <w:tcPr>
        <w:shd w:val="clear" w:color="auto" w:fill="FFFFFF" w:themeFill="accent4" w:themeFillTint="3F"/>
      </w:tcPr>
    </w:tblStylePr>
    <w:tblStylePr w:type="band1Horz">
      <w:tblPr/>
      <w:tcPr>
        <w:shd w:val="clear" w:color="auto" w:fill="FFFFFF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2F3033" w:themeColor="text1"/>
    </w:rPr>
    <w:tblPr>
      <w:tblStyleRowBandSize w:val="1"/>
      <w:tblStyleColBandSize w:val="1"/>
      <w:tblBorders>
        <w:top w:val="single" w:sz="8" w:space="0" w:color="2F3033" w:themeColor="accent5"/>
        <w:bottom w:val="single" w:sz="8" w:space="0" w:color="2F303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F3033" w:themeColor="accent5"/>
        </w:tcBorders>
      </w:tcPr>
    </w:tblStylePr>
    <w:tblStylePr w:type="lastRow">
      <w:rPr>
        <w:b/>
        <w:bCs/>
        <w:color w:val="024AD8" w:themeColor="text2"/>
      </w:rPr>
      <w:tblPr/>
      <w:tcPr>
        <w:tcBorders>
          <w:top w:val="single" w:sz="8" w:space="0" w:color="2F3033" w:themeColor="accent5"/>
          <w:bottom w:val="single" w:sz="8" w:space="0" w:color="2F303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F3033" w:themeColor="accent5"/>
          <w:bottom w:val="single" w:sz="8" w:space="0" w:color="2F3033" w:themeColor="accent5"/>
        </w:tcBorders>
      </w:tcPr>
    </w:tblStylePr>
    <w:tblStylePr w:type="band1Vert">
      <w:tblPr/>
      <w:tcPr>
        <w:shd w:val="clear" w:color="auto" w:fill="C9CACE" w:themeFill="accent5" w:themeFillTint="3F"/>
      </w:tcPr>
    </w:tblStylePr>
    <w:tblStylePr w:type="band1Horz">
      <w:tblPr/>
      <w:tcPr>
        <w:shd w:val="clear" w:color="auto" w:fill="C9CACE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2F3033" w:themeColor="text1"/>
    </w:rPr>
    <w:tblPr>
      <w:tblStyleRowBandSize w:val="1"/>
      <w:tblStyleColBandSize w:val="1"/>
      <w:tblBorders>
        <w:top w:val="single" w:sz="8" w:space="0" w:color="D9D9D9" w:themeColor="accent6"/>
        <w:bottom w:val="single" w:sz="8" w:space="0" w:color="D9D9D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9D9D9" w:themeColor="accent6"/>
        </w:tcBorders>
      </w:tcPr>
    </w:tblStylePr>
    <w:tblStylePr w:type="lastRow">
      <w:rPr>
        <w:b/>
        <w:bCs/>
        <w:color w:val="024AD8" w:themeColor="text2"/>
      </w:rPr>
      <w:tblPr/>
      <w:tcPr>
        <w:tcBorders>
          <w:top w:val="single" w:sz="8" w:space="0" w:color="D9D9D9" w:themeColor="accent6"/>
          <w:bottom w:val="single" w:sz="8" w:space="0" w:color="D9D9D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9D9D9" w:themeColor="accent6"/>
          <w:bottom w:val="single" w:sz="8" w:space="0" w:color="D9D9D9" w:themeColor="accent6"/>
        </w:tcBorders>
      </w:tcPr>
    </w:tblStylePr>
    <w:tblStylePr w:type="band1Vert">
      <w:tblPr/>
      <w:tcPr>
        <w:shd w:val="clear" w:color="auto" w:fill="F5F5F5" w:themeFill="accent6" w:themeFillTint="3F"/>
      </w:tcPr>
    </w:tblStylePr>
    <w:tblStylePr w:type="band1Horz">
      <w:tblPr/>
      <w:tcPr>
        <w:shd w:val="clear" w:color="auto" w:fill="F5F5F5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2F3033" w:themeColor="text1"/>
    </w:rPr>
    <w:tblPr>
      <w:tblStyleRowBandSize w:val="1"/>
      <w:tblStyleColBandSize w:val="1"/>
      <w:tblBorders>
        <w:top w:val="single" w:sz="8" w:space="0" w:color="2F3033" w:themeColor="text1"/>
        <w:left w:val="single" w:sz="8" w:space="0" w:color="2F3033" w:themeColor="text1"/>
        <w:bottom w:val="single" w:sz="8" w:space="0" w:color="2F3033" w:themeColor="text1"/>
        <w:right w:val="single" w:sz="8" w:space="0" w:color="2F3033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F3033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F303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F3033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F3033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CACE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9CACE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2F3033" w:themeColor="text1"/>
    </w:rPr>
    <w:tblPr>
      <w:tblStyleRowBandSize w:val="1"/>
      <w:tblStyleColBandSize w:val="1"/>
      <w:tblBorders>
        <w:top w:val="single" w:sz="8" w:space="0" w:color="01256C" w:themeColor="accent1"/>
        <w:left w:val="single" w:sz="8" w:space="0" w:color="01256C" w:themeColor="accent1"/>
        <w:bottom w:val="single" w:sz="8" w:space="0" w:color="01256C" w:themeColor="accent1"/>
        <w:right w:val="single" w:sz="8" w:space="0" w:color="01256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1256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1256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1256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1256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CBDF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CBDF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2F3033" w:themeColor="text1"/>
    </w:rPr>
    <w:tblPr>
      <w:tblStyleRowBandSize w:val="1"/>
      <w:tblStyleColBandSize w:val="1"/>
      <w:tblBorders>
        <w:top w:val="single" w:sz="8" w:space="0" w:color="C5D8FE" w:themeColor="accent2"/>
        <w:left w:val="single" w:sz="8" w:space="0" w:color="C5D8FE" w:themeColor="accent2"/>
        <w:bottom w:val="single" w:sz="8" w:space="0" w:color="C5D8FE" w:themeColor="accent2"/>
        <w:right w:val="single" w:sz="8" w:space="0" w:color="C5D8FE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5D8F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5D8FE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5D8FE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5D8FE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F5FE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0F5FE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2F3033" w:themeColor="text1"/>
    </w:rPr>
    <w:tblPr>
      <w:tblStyleRowBandSize w:val="1"/>
      <w:tblStyleColBandSize w:val="1"/>
      <w:tblBorders>
        <w:top w:val="single" w:sz="8" w:space="0" w:color="FD039D" w:themeColor="accent3"/>
        <w:left w:val="single" w:sz="8" w:space="0" w:color="FD039D" w:themeColor="accent3"/>
        <w:bottom w:val="single" w:sz="8" w:space="0" w:color="FD039D" w:themeColor="accent3"/>
        <w:right w:val="single" w:sz="8" w:space="0" w:color="FD039D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D039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D039D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D039D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D039D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C0E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C0E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2F3033" w:themeColor="text1"/>
    </w:rPr>
    <w:tblPr>
      <w:tblStyleRowBandSize w:val="1"/>
      <w:tblStyleColBandSize w:val="1"/>
      <w:tblBorders>
        <w:top w:val="single" w:sz="8" w:space="0" w:color="FFFFFF" w:themeColor="accent4"/>
        <w:left w:val="single" w:sz="8" w:space="0" w:color="FFFFFF" w:themeColor="accent4"/>
        <w:bottom w:val="single" w:sz="8" w:space="0" w:color="FFFFFF" w:themeColor="accent4"/>
        <w:right w:val="single" w:sz="8" w:space="0" w:color="FFFFFF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F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FF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FF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FF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2F3033" w:themeColor="text1"/>
    </w:rPr>
    <w:tblPr>
      <w:tblStyleRowBandSize w:val="1"/>
      <w:tblStyleColBandSize w:val="1"/>
      <w:tblBorders>
        <w:top w:val="single" w:sz="8" w:space="0" w:color="2F3033" w:themeColor="accent5"/>
        <w:left w:val="single" w:sz="8" w:space="0" w:color="2F3033" w:themeColor="accent5"/>
        <w:bottom w:val="single" w:sz="8" w:space="0" w:color="2F3033" w:themeColor="accent5"/>
        <w:right w:val="single" w:sz="8" w:space="0" w:color="2F303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F303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F303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F303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F303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CAC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9CAC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2F3033" w:themeColor="text1"/>
    </w:rPr>
    <w:tblPr>
      <w:tblStyleRowBandSize w:val="1"/>
      <w:tblStyleColBandSize w:val="1"/>
      <w:tblBorders>
        <w:top w:val="single" w:sz="8" w:space="0" w:color="D9D9D9" w:themeColor="accent6"/>
        <w:left w:val="single" w:sz="8" w:space="0" w:color="D9D9D9" w:themeColor="accent6"/>
        <w:bottom w:val="single" w:sz="8" w:space="0" w:color="D9D9D9" w:themeColor="accent6"/>
        <w:right w:val="single" w:sz="8" w:space="0" w:color="D9D9D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9D9D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9D9D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9D9D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9D9D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F5F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5F5F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606268" w:themeColor="text1" w:themeTint="BF"/>
        <w:left w:val="single" w:sz="8" w:space="0" w:color="606268" w:themeColor="text1" w:themeTint="BF"/>
        <w:bottom w:val="single" w:sz="8" w:space="0" w:color="606268" w:themeColor="text1" w:themeTint="BF"/>
        <w:right w:val="single" w:sz="8" w:space="0" w:color="606268" w:themeColor="text1" w:themeTint="BF"/>
        <w:insideH w:val="single" w:sz="8" w:space="0" w:color="606268" w:themeColor="text1" w:themeTint="BF"/>
        <w:insideV w:val="single" w:sz="8" w:space="0" w:color="606268" w:themeColor="text1" w:themeTint="BF"/>
      </w:tblBorders>
    </w:tblPr>
    <w:tcPr>
      <w:shd w:val="clear" w:color="auto" w:fill="C9CACE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06268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4969C" w:themeFill="text1" w:themeFillTint="7F"/>
      </w:tcPr>
    </w:tblStylePr>
    <w:tblStylePr w:type="band1Horz">
      <w:tblPr/>
      <w:tcPr>
        <w:shd w:val="clear" w:color="auto" w:fill="94969C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246CF" w:themeColor="accent1" w:themeTint="BF"/>
        <w:left w:val="single" w:sz="8" w:space="0" w:color="0246CF" w:themeColor="accent1" w:themeTint="BF"/>
        <w:bottom w:val="single" w:sz="8" w:space="0" w:color="0246CF" w:themeColor="accent1" w:themeTint="BF"/>
        <w:right w:val="single" w:sz="8" w:space="0" w:color="0246CF" w:themeColor="accent1" w:themeTint="BF"/>
        <w:insideH w:val="single" w:sz="8" w:space="0" w:color="0246CF" w:themeColor="accent1" w:themeTint="BF"/>
        <w:insideV w:val="single" w:sz="8" w:space="0" w:color="0246CF" w:themeColor="accent1" w:themeTint="BF"/>
      </w:tblBorders>
    </w:tblPr>
    <w:tcPr>
      <w:shd w:val="clear" w:color="auto" w:fill="9CBDF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246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87AFD" w:themeFill="accent1" w:themeFillTint="7F"/>
      </w:tcPr>
    </w:tblStylePr>
    <w:tblStylePr w:type="band1Horz">
      <w:tblPr/>
      <w:tcPr>
        <w:shd w:val="clear" w:color="auto" w:fill="387AFD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D3E1FE" w:themeColor="accent2" w:themeTint="BF"/>
        <w:left w:val="single" w:sz="8" w:space="0" w:color="D3E1FE" w:themeColor="accent2" w:themeTint="BF"/>
        <w:bottom w:val="single" w:sz="8" w:space="0" w:color="D3E1FE" w:themeColor="accent2" w:themeTint="BF"/>
        <w:right w:val="single" w:sz="8" w:space="0" w:color="D3E1FE" w:themeColor="accent2" w:themeTint="BF"/>
        <w:insideH w:val="single" w:sz="8" w:space="0" w:color="D3E1FE" w:themeColor="accent2" w:themeTint="BF"/>
        <w:insideV w:val="single" w:sz="8" w:space="0" w:color="D3E1FE" w:themeColor="accent2" w:themeTint="BF"/>
      </w:tblBorders>
    </w:tblPr>
    <w:tcPr>
      <w:shd w:val="clear" w:color="auto" w:fill="F0F5FE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3E1FE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BFE" w:themeFill="accent2" w:themeFillTint="7F"/>
      </w:tcPr>
    </w:tblStylePr>
    <w:tblStylePr w:type="band1Horz">
      <w:tblPr/>
      <w:tcPr>
        <w:shd w:val="clear" w:color="auto" w:fill="E1EBFE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D42B5" w:themeColor="accent3" w:themeTint="BF"/>
        <w:left w:val="single" w:sz="8" w:space="0" w:color="FD42B5" w:themeColor="accent3" w:themeTint="BF"/>
        <w:bottom w:val="single" w:sz="8" w:space="0" w:color="FD42B5" w:themeColor="accent3" w:themeTint="BF"/>
        <w:right w:val="single" w:sz="8" w:space="0" w:color="FD42B5" w:themeColor="accent3" w:themeTint="BF"/>
        <w:insideH w:val="single" w:sz="8" w:space="0" w:color="FD42B5" w:themeColor="accent3" w:themeTint="BF"/>
        <w:insideV w:val="single" w:sz="8" w:space="0" w:color="FD42B5" w:themeColor="accent3" w:themeTint="BF"/>
      </w:tblBorders>
    </w:tblPr>
    <w:tcPr>
      <w:shd w:val="clear" w:color="auto" w:fill="FEC0E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D42B5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81CE" w:themeFill="accent3" w:themeFillTint="7F"/>
      </w:tcPr>
    </w:tblStylePr>
    <w:tblStylePr w:type="band1Horz">
      <w:tblPr/>
      <w:tcPr>
        <w:shd w:val="clear" w:color="auto" w:fill="FE81CE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accent4" w:themeTint="BF"/>
        <w:left w:val="single" w:sz="8" w:space="0" w:color="FFFFFF" w:themeColor="accent4" w:themeTint="BF"/>
        <w:bottom w:val="single" w:sz="8" w:space="0" w:color="FFFFFF" w:themeColor="accent4" w:themeTint="BF"/>
        <w:right w:val="single" w:sz="8" w:space="0" w:color="FFFFFF" w:themeColor="accent4" w:themeTint="BF"/>
        <w:insideH w:val="single" w:sz="8" w:space="0" w:color="FFFFFF" w:themeColor="accent4" w:themeTint="BF"/>
        <w:insideV w:val="single" w:sz="8" w:space="0" w:color="FFFFFF" w:themeColor="accent4" w:themeTint="BF"/>
      </w:tblBorders>
    </w:tblPr>
    <w:tcPr>
      <w:shd w:val="clear" w:color="auto" w:fill="FFFFF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4" w:themeFillTint="7F"/>
      </w:tcPr>
    </w:tblStylePr>
    <w:tblStylePr w:type="band1Horz">
      <w:tblPr/>
      <w:tcPr>
        <w:shd w:val="clear" w:color="auto" w:fill="FFFFFF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606268" w:themeColor="accent5" w:themeTint="BF"/>
        <w:left w:val="single" w:sz="8" w:space="0" w:color="606268" w:themeColor="accent5" w:themeTint="BF"/>
        <w:bottom w:val="single" w:sz="8" w:space="0" w:color="606268" w:themeColor="accent5" w:themeTint="BF"/>
        <w:right w:val="single" w:sz="8" w:space="0" w:color="606268" w:themeColor="accent5" w:themeTint="BF"/>
        <w:insideH w:val="single" w:sz="8" w:space="0" w:color="606268" w:themeColor="accent5" w:themeTint="BF"/>
        <w:insideV w:val="single" w:sz="8" w:space="0" w:color="606268" w:themeColor="accent5" w:themeTint="BF"/>
      </w:tblBorders>
    </w:tblPr>
    <w:tcPr>
      <w:shd w:val="clear" w:color="auto" w:fill="C9CAC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06268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4969C" w:themeFill="accent5" w:themeFillTint="7F"/>
      </w:tcPr>
    </w:tblStylePr>
    <w:tblStylePr w:type="band1Horz">
      <w:tblPr/>
      <w:tcPr>
        <w:shd w:val="clear" w:color="auto" w:fill="94969C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2E2E2" w:themeColor="accent6" w:themeTint="BF"/>
        <w:left w:val="single" w:sz="8" w:space="0" w:color="E2E2E2" w:themeColor="accent6" w:themeTint="BF"/>
        <w:bottom w:val="single" w:sz="8" w:space="0" w:color="E2E2E2" w:themeColor="accent6" w:themeTint="BF"/>
        <w:right w:val="single" w:sz="8" w:space="0" w:color="E2E2E2" w:themeColor="accent6" w:themeTint="BF"/>
        <w:insideH w:val="single" w:sz="8" w:space="0" w:color="E2E2E2" w:themeColor="accent6" w:themeTint="BF"/>
        <w:insideV w:val="single" w:sz="8" w:space="0" w:color="E2E2E2" w:themeColor="accent6" w:themeTint="BF"/>
      </w:tblBorders>
    </w:tblPr>
    <w:tcPr>
      <w:shd w:val="clear" w:color="auto" w:fill="F5F5F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2E2E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ECEC" w:themeFill="accent6" w:themeFillTint="7F"/>
      </w:tcPr>
    </w:tblStylePr>
    <w:tblStylePr w:type="band1Horz">
      <w:tblPr/>
      <w:tcPr>
        <w:shd w:val="clear" w:color="auto" w:fill="ECECEC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2F3033" w:themeColor="text1"/>
    </w:rPr>
    <w:tblPr>
      <w:tblStyleRowBandSize w:val="1"/>
      <w:tblStyleColBandSize w:val="1"/>
      <w:tblBorders>
        <w:top w:val="single" w:sz="8" w:space="0" w:color="2F3033" w:themeColor="text1"/>
        <w:left w:val="single" w:sz="8" w:space="0" w:color="2F3033" w:themeColor="text1"/>
        <w:bottom w:val="single" w:sz="8" w:space="0" w:color="2F3033" w:themeColor="text1"/>
        <w:right w:val="single" w:sz="8" w:space="0" w:color="2F3033" w:themeColor="text1"/>
        <w:insideH w:val="single" w:sz="8" w:space="0" w:color="2F3033" w:themeColor="text1"/>
        <w:insideV w:val="single" w:sz="8" w:space="0" w:color="2F3033" w:themeColor="text1"/>
      </w:tblBorders>
    </w:tblPr>
    <w:tcPr>
      <w:shd w:val="clear" w:color="auto" w:fill="C9CACE" w:themeFill="text1" w:themeFillTint="3F"/>
    </w:tcPr>
    <w:tblStylePr w:type="firstRow">
      <w:rPr>
        <w:b/>
        <w:bCs/>
        <w:color w:val="2F3033" w:themeColor="text1"/>
      </w:rPr>
      <w:tblPr/>
      <w:tcPr>
        <w:shd w:val="clear" w:color="auto" w:fill="E9EAEB" w:themeFill="text1" w:themeFillTint="19"/>
      </w:tcPr>
    </w:tblStylePr>
    <w:tblStylePr w:type="lastRow">
      <w:rPr>
        <w:b/>
        <w:bCs/>
        <w:color w:val="2F3033" w:themeColor="text1"/>
      </w:rPr>
      <w:tblPr/>
      <w:tcPr>
        <w:tcBorders>
          <w:top w:val="single" w:sz="12" w:space="0" w:color="2F303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F30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F30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4D7" w:themeFill="text1" w:themeFillTint="33"/>
      </w:tcPr>
    </w:tblStylePr>
    <w:tblStylePr w:type="band1Vert">
      <w:tblPr/>
      <w:tcPr>
        <w:shd w:val="clear" w:color="auto" w:fill="94969C" w:themeFill="text1" w:themeFillTint="7F"/>
      </w:tcPr>
    </w:tblStylePr>
    <w:tblStylePr w:type="band1Horz">
      <w:tblPr/>
      <w:tcPr>
        <w:tcBorders>
          <w:insideH w:val="single" w:sz="6" w:space="0" w:color="2F3033" w:themeColor="text1"/>
          <w:insideV w:val="single" w:sz="6" w:space="0" w:color="2F3033" w:themeColor="text1"/>
        </w:tcBorders>
        <w:shd w:val="clear" w:color="auto" w:fill="94969C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2F3033" w:themeColor="text1"/>
    </w:rPr>
    <w:tblPr>
      <w:tblStyleRowBandSize w:val="1"/>
      <w:tblStyleColBandSize w:val="1"/>
      <w:tblBorders>
        <w:top w:val="single" w:sz="8" w:space="0" w:color="01256C" w:themeColor="accent1"/>
        <w:left w:val="single" w:sz="8" w:space="0" w:color="01256C" w:themeColor="accent1"/>
        <w:bottom w:val="single" w:sz="8" w:space="0" w:color="01256C" w:themeColor="accent1"/>
        <w:right w:val="single" w:sz="8" w:space="0" w:color="01256C" w:themeColor="accent1"/>
        <w:insideH w:val="single" w:sz="8" w:space="0" w:color="01256C" w:themeColor="accent1"/>
        <w:insideV w:val="single" w:sz="8" w:space="0" w:color="01256C" w:themeColor="accent1"/>
      </w:tblBorders>
    </w:tblPr>
    <w:tcPr>
      <w:shd w:val="clear" w:color="auto" w:fill="9CBDFE" w:themeFill="accent1" w:themeFillTint="3F"/>
    </w:tcPr>
    <w:tblStylePr w:type="firstRow">
      <w:rPr>
        <w:b/>
        <w:bCs/>
        <w:color w:val="2F3033" w:themeColor="text1"/>
      </w:rPr>
      <w:tblPr/>
      <w:tcPr>
        <w:shd w:val="clear" w:color="auto" w:fill="D8E4FE" w:themeFill="accent1" w:themeFillTint="19"/>
      </w:tcPr>
    </w:tblStylePr>
    <w:tblStylePr w:type="lastRow">
      <w:rPr>
        <w:b/>
        <w:bCs/>
        <w:color w:val="2F3033" w:themeColor="text1"/>
      </w:rPr>
      <w:tblPr/>
      <w:tcPr>
        <w:tcBorders>
          <w:top w:val="single" w:sz="12" w:space="0" w:color="2F303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F30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F30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C9FE" w:themeFill="accent1" w:themeFillTint="33"/>
      </w:tcPr>
    </w:tblStylePr>
    <w:tblStylePr w:type="band1Vert">
      <w:tblPr/>
      <w:tcPr>
        <w:shd w:val="clear" w:color="auto" w:fill="387AFD" w:themeFill="accent1" w:themeFillTint="7F"/>
      </w:tcPr>
    </w:tblStylePr>
    <w:tblStylePr w:type="band1Horz">
      <w:tblPr/>
      <w:tcPr>
        <w:tcBorders>
          <w:insideH w:val="single" w:sz="6" w:space="0" w:color="01256C" w:themeColor="accent1"/>
          <w:insideV w:val="single" w:sz="6" w:space="0" w:color="01256C" w:themeColor="accent1"/>
        </w:tcBorders>
        <w:shd w:val="clear" w:color="auto" w:fill="387AFD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2F3033" w:themeColor="text1"/>
    </w:rPr>
    <w:tblPr>
      <w:tblStyleRowBandSize w:val="1"/>
      <w:tblStyleColBandSize w:val="1"/>
      <w:tblBorders>
        <w:top w:val="single" w:sz="8" w:space="0" w:color="C5D8FE" w:themeColor="accent2"/>
        <w:left w:val="single" w:sz="8" w:space="0" w:color="C5D8FE" w:themeColor="accent2"/>
        <w:bottom w:val="single" w:sz="8" w:space="0" w:color="C5D8FE" w:themeColor="accent2"/>
        <w:right w:val="single" w:sz="8" w:space="0" w:color="C5D8FE" w:themeColor="accent2"/>
        <w:insideH w:val="single" w:sz="8" w:space="0" w:color="C5D8FE" w:themeColor="accent2"/>
        <w:insideV w:val="single" w:sz="8" w:space="0" w:color="C5D8FE" w:themeColor="accent2"/>
      </w:tblBorders>
    </w:tblPr>
    <w:tcPr>
      <w:shd w:val="clear" w:color="auto" w:fill="F0F5FE" w:themeFill="accent2" w:themeFillTint="3F"/>
    </w:tcPr>
    <w:tblStylePr w:type="firstRow">
      <w:rPr>
        <w:b/>
        <w:bCs/>
        <w:color w:val="2F3033" w:themeColor="text1"/>
      </w:rPr>
      <w:tblPr/>
      <w:tcPr>
        <w:shd w:val="clear" w:color="auto" w:fill="F9FBFF" w:themeFill="accent2" w:themeFillTint="19"/>
      </w:tcPr>
    </w:tblStylePr>
    <w:tblStylePr w:type="lastRow">
      <w:rPr>
        <w:b/>
        <w:bCs/>
        <w:color w:val="2F3033" w:themeColor="text1"/>
      </w:rPr>
      <w:tblPr/>
      <w:tcPr>
        <w:tcBorders>
          <w:top w:val="single" w:sz="12" w:space="0" w:color="2F303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F30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F30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F7FE" w:themeFill="accent2" w:themeFillTint="33"/>
      </w:tcPr>
    </w:tblStylePr>
    <w:tblStylePr w:type="band1Vert">
      <w:tblPr/>
      <w:tcPr>
        <w:shd w:val="clear" w:color="auto" w:fill="E1EBFE" w:themeFill="accent2" w:themeFillTint="7F"/>
      </w:tcPr>
    </w:tblStylePr>
    <w:tblStylePr w:type="band1Horz">
      <w:tblPr/>
      <w:tcPr>
        <w:tcBorders>
          <w:insideH w:val="single" w:sz="6" w:space="0" w:color="C5D8FE" w:themeColor="accent2"/>
          <w:insideV w:val="single" w:sz="6" w:space="0" w:color="C5D8FE" w:themeColor="accent2"/>
        </w:tcBorders>
        <w:shd w:val="clear" w:color="auto" w:fill="E1EBFE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2F3033" w:themeColor="text1"/>
    </w:rPr>
    <w:tblPr>
      <w:tblStyleRowBandSize w:val="1"/>
      <w:tblStyleColBandSize w:val="1"/>
      <w:tblBorders>
        <w:top w:val="single" w:sz="8" w:space="0" w:color="FD039D" w:themeColor="accent3"/>
        <w:left w:val="single" w:sz="8" w:space="0" w:color="FD039D" w:themeColor="accent3"/>
        <w:bottom w:val="single" w:sz="8" w:space="0" w:color="FD039D" w:themeColor="accent3"/>
        <w:right w:val="single" w:sz="8" w:space="0" w:color="FD039D" w:themeColor="accent3"/>
        <w:insideH w:val="single" w:sz="8" w:space="0" w:color="FD039D" w:themeColor="accent3"/>
        <w:insideV w:val="single" w:sz="8" w:space="0" w:color="FD039D" w:themeColor="accent3"/>
      </w:tblBorders>
    </w:tblPr>
    <w:tcPr>
      <w:shd w:val="clear" w:color="auto" w:fill="FEC0E6" w:themeFill="accent3" w:themeFillTint="3F"/>
    </w:tcPr>
    <w:tblStylePr w:type="firstRow">
      <w:rPr>
        <w:b/>
        <w:bCs/>
        <w:color w:val="2F3033" w:themeColor="text1"/>
      </w:rPr>
      <w:tblPr/>
      <w:tcPr>
        <w:shd w:val="clear" w:color="auto" w:fill="FEE6F5" w:themeFill="accent3" w:themeFillTint="19"/>
      </w:tcPr>
    </w:tblStylePr>
    <w:tblStylePr w:type="lastRow">
      <w:rPr>
        <w:b/>
        <w:bCs/>
        <w:color w:val="2F3033" w:themeColor="text1"/>
      </w:rPr>
      <w:tblPr/>
      <w:tcPr>
        <w:tcBorders>
          <w:top w:val="single" w:sz="12" w:space="0" w:color="2F303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F30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F30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CCEB" w:themeFill="accent3" w:themeFillTint="33"/>
      </w:tcPr>
    </w:tblStylePr>
    <w:tblStylePr w:type="band1Vert">
      <w:tblPr/>
      <w:tcPr>
        <w:shd w:val="clear" w:color="auto" w:fill="FE81CE" w:themeFill="accent3" w:themeFillTint="7F"/>
      </w:tcPr>
    </w:tblStylePr>
    <w:tblStylePr w:type="band1Horz">
      <w:tblPr/>
      <w:tcPr>
        <w:tcBorders>
          <w:insideH w:val="single" w:sz="6" w:space="0" w:color="FD039D" w:themeColor="accent3"/>
          <w:insideV w:val="single" w:sz="6" w:space="0" w:color="FD039D" w:themeColor="accent3"/>
        </w:tcBorders>
        <w:shd w:val="clear" w:color="auto" w:fill="FE81CE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2F3033" w:themeColor="text1"/>
    </w:rPr>
    <w:tblPr>
      <w:tblStyleRowBandSize w:val="1"/>
      <w:tblStyleColBandSize w:val="1"/>
      <w:tblBorders>
        <w:top w:val="single" w:sz="8" w:space="0" w:color="FFFFFF" w:themeColor="accent4"/>
        <w:left w:val="single" w:sz="8" w:space="0" w:color="FFFFFF" w:themeColor="accent4"/>
        <w:bottom w:val="single" w:sz="8" w:space="0" w:color="FFFFFF" w:themeColor="accent4"/>
        <w:right w:val="single" w:sz="8" w:space="0" w:color="FFFFFF" w:themeColor="accent4"/>
        <w:insideH w:val="single" w:sz="8" w:space="0" w:color="FFFFFF" w:themeColor="accent4"/>
        <w:insideV w:val="single" w:sz="8" w:space="0" w:color="FFFFFF" w:themeColor="accent4"/>
      </w:tblBorders>
    </w:tblPr>
    <w:tcPr>
      <w:shd w:val="clear" w:color="auto" w:fill="FFFFFF" w:themeFill="accent4" w:themeFillTint="3F"/>
    </w:tcPr>
    <w:tblStylePr w:type="firstRow">
      <w:rPr>
        <w:b/>
        <w:bCs/>
        <w:color w:val="2F3033" w:themeColor="text1"/>
      </w:rPr>
      <w:tblPr/>
      <w:tcPr>
        <w:shd w:val="clear" w:color="auto" w:fill="FFFFFF" w:themeFill="accent4" w:themeFillTint="19"/>
      </w:tcPr>
    </w:tblStylePr>
    <w:tblStylePr w:type="lastRow">
      <w:rPr>
        <w:b/>
        <w:bCs/>
        <w:color w:val="2F3033" w:themeColor="text1"/>
      </w:rPr>
      <w:tblPr/>
      <w:tcPr>
        <w:tcBorders>
          <w:top w:val="single" w:sz="12" w:space="0" w:color="2F303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F30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F30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4" w:themeFillTint="33"/>
      </w:tcPr>
    </w:tblStylePr>
    <w:tblStylePr w:type="band1Vert">
      <w:tblPr/>
      <w:tcPr>
        <w:shd w:val="clear" w:color="auto" w:fill="FFFFFF" w:themeFill="accent4" w:themeFillTint="7F"/>
      </w:tcPr>
    </w:tblStylePr>
    <w:tblStylePr w:type="band1Horz">
      <w:tblPr/>
      <w:tcPr>
        <w:tcBorders>
          <w:insideH w:val="single" w:sz="6" w:space="0" w:color="FFFFFF" w:themeColor="accent4"/>
          <w:insideV w:val="single" w:sz="6" w:space="0" w:color="FFFFFF" w:themeColor="accent4"/>
        </w:tcBorders>
        <w:shd w:val="clear" w:color="auto" w:fill="FFFF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2F3033" w:themeColor="text1"/>
    </w:rPr>
    <w:tblPr>
      <w:tblStyleRowBandSize w:val="1"/>
      <w:tblStyleColBandSize w:val="1"/>
      <w:tblBorders>
        <w:top w:val="single" w:sz="8" w:space="0" w:color="2F3033" w:themeColor="accent5"/>
        <w:left w:val="single" w:sz="8" w:space="0" w:color="2F3033" w:themeColor="accent5"/>
        <w:bottom w:val="single" w:sz="8" w:space="0" w:color="2F3033" w:themeColor="accent5"/>
        <w:right w:val="single" w:sz="8" w:space="0" w:color="2F3033" w:themeColor="accent5"/>
        <w:insideH w:val="single" w:sz="8" w:space="0" w:color="2F3033" w:themeColor="accent5"/>
        <w:insideV w:val="single" w:sz="8" w:space="0" w:color="2F3033" w:themeColor="accent5"/>
      </w:tblBorders>
    </w:tblPr>
    <w:tcPr>
      <w:shd w:val="clear" w:color="auto" w:fill="C9CACE" w:themeFill="accent5" w:themeFillTint="3F"/>
    </w:tcPr>
    <w:tblStylePr w:type="firstRow">
      <w:rPr>
        <w:b/>
        <w:bCs/>
        <w:color w:val="2F3033" w:themeColor="text1"/>
      </w:rPr>
      <w:tblPr/>
      <w:tcPr>
        <w:shd w:val="clear" w:color="auto" w:fill="E9EAEB" w:themeFill="accent5" w:themeFillTint="19"/>
      </w:tcPr>
    </w:tblStylePr>
    <w:tblStylePr w:type="lastRow">
      <w:rPr>
        <w:b/>
        <w:bCs/>
        <w:color w:val="2F3033" w:themeColor="text1"/>
      </w:rPr>
      <w:tblPr/>
      <w:tcPr>
        <w:tcBorders>
          <w:top w:val="single" w:sz="12" w:space="0" w:color="2F303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F30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F30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4D7" w:themeFill="accent5" w:themeFillTint="33"/>
      </w:tcPr>
    </w:tblStylePr>
    <w:tblStylePr w:type="band1Vert">
      <w:tblPr/>
      <w:tcPr>
        <w:shd w:val="clear" w:color="auto" w:fill="94969C" w:themeFill="accent5" w:themeFillTint="7F"/>
      </w:tcPr>
    </w:tblStylePr>
    <w:tblStylePr w:type="band1Horz">
      <w:tblPr/>
      <w:tcPr>
        <w:tcBorders>
          <w:insideH w:val="single" w:sz="6" w:space="0" w:color="2F3033" w:themeColor="accent5"/>
          <w:insideV w:val="single" w:sz="6" w:space="0" w:color="2F3033" w:themeColor="accent5"/>
        </w:tcBorders>
        <w:shd w:val="clear" w:color="auto" w:fill="94969C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2F3033" w:themeColor="text1"/>
    </w:rPr>
    <w:tblPr>
      <w:tblStyleRowBandSize w:val="1"/>
      <w:tblStyleColBandSize w:val="1"/>
      <w:tblBorders>
        <w:top w:val="single" w:sz="8" w:space="0" w:color="D9D9D9" w:themeColor="accent6"/>
        <w:left w:val="single" w:sz="8" w:space="0" w:color="D9D9D9" w:themeColor="accent6"/>
        <w:bottom w:val="single" w:sz="8" w:space="0" w:color="D9D9D9" w:themeColor="accent6"/>
        <w:right w:val="single" w:sz="8" w:space="0" w:color="D9D9D9" w:themeColor="accent6"/>
        <w:insideH w:val="single" w:sz="8" w:space="0" w:color="D9D9D9" w:themeColor="accent6"/>
        <w:insideV w:val="single" w:sz="8" w:space="0" w:color="D9D9D9" w:themeColor="accent6"/>
      </w:tblBorders>
    </w:tblPr>
    <w:tcPr>
      <w:shd w:val="clear" w:color="auto" w:fill="F5F5F5" w:themeFill="accent6" w:themeFillTint="3F"/>
    </w:tcPr>
    <w:tblStylePr w:type="firstRow">
      <w:rPr>
        <w:b/>
        <w:bCs/>
        <w:color w:val="2F3033" w:themeColor="text1"/>
      </w:rPr>
      <w:tblPr/>
      <w:tcPr>
        <w:shd w:val="clear" w:color="auto" w:fill="FBFBFB" w:themeFill="accent6" w:themeFillTint="19"/>
      </w:tcPr>
    </w:tblStylePr>
    <w:tblStylePr w:type="lastRow">
      <w:rPr>
        <w:b/>
        <w:bCs/>
        <w:color w:val="2F3033" w:themeColor="text1"/>
      </w:rPr>
      <w:tblPr/>
      <w:tcPr>
        <w:tcBorders>
          <w:top w:val="single" w:sz="12" w:space="0" w:color="2F303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F30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F30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7F7" w:themeFill="accent6" w:themeFillTint="33"/>
      </w:tcPr>
    </w:tblStylePr>
    <w:tblStylePr w:type="band1Vert">
      <w:tblPr/>
      <w:tcPr>
        <w:shd w:val="clear" w:color="auto" w:fill="ECECEC" w:themeFill="accent6" w:themeFillTint="7F"/>
      </w:tcPr>
    </w:tblStylePr>
    <w:tblStylePr w:type="band1Horz">
      <w:tblPr/>
      <w:tcPr>
        <w:tcBorders>
          <w:insideH w:val="single" w:sz="6" w:space="0" w:color="D9D9D9" w:themeColor="accent6"/>
          <w:insideV w:val="single" w:sz="6" w:space="0" w:color="D9D9D9" w:themeColor="accent6"/>
        </w:tcBorders>
        <w:shd w:val="clear" w:color="auto" w:fill="ECECEC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9CACE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F3033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F3033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F3033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F3033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4969C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4969C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CBDF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1256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1256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1256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1256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87AFD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87AFD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0F5FE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5D8FE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5D8FE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5D8FE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5D8FE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1EBFE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1EBFE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C0E6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D039D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D039D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D039D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D039D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E81CE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E81CE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F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FF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FF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FF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9CACE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F303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F303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F303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F303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4969C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4969C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5F5F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9D9D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9D9D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9D9D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9D9D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CECEC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CECEC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F3033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F303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71719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32326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32326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2326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2326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1256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F303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23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1B5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1B5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B5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B50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5D8FE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F303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34CDC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58DFC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58DFC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58DFC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58DFC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D039D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F303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E014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E0175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E0175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0175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0175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FF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F303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7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B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B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F303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F303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71719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3232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3232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232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2326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9D9D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F303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C6C6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2A2A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2A2A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A2A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A2A2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2F3033" w:themeColor="text1"/>
    </w:rPr>
    <w:tblPr>
      <w:tblStyleRowBandSize w:val="1"/>
      <w:tblStyleColBandSize w:val="1"/>
      <w:tblBorders>
        <w:top w:val="single" w:sz="24" w:space="0" w:color="C5D8FE" w:themeColor="accent2"/>
        <w:left w:val="single" w:sz="4" w:space="0" w:color="2F3033" w:themeColor="text1"/>
        <w:bottom w:val="single" w:sz="4" w:space="0" w:color="2F3033" w:themeColor="text1"/>
        <w:right w:val="single" w:sz="4" w:space="0" w:color="2F3033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EAEB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5D8F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C1C1E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C1C1E" w:themeColor="text1" w:themeShade="99"/>
          <w:insideV w:val="nil"/>
        </w:tcBorders>
        <w:shd w:val="clear" w:color="auto" w:fill="1C1C1E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2326" w:themeFill="text1" w:themeFillShade="BF"/>
      </w:tcPr>
    </w:tblStylePr>
    <w:tblStylePr w:type="band1Vert">
      <w:tblPr/>
      <w:tcPr>
        <w:shd w:val="clear" w:color="auto" w:fill="A9AAB0" w:themeFill="text1" w:themeFillTint="66"/>
      </w:tcPr>
    </w:tblStylePr>
    <w:tblStylePr w:type="band1Horz">
      <w:tblPr/>
      <w:tcPr>
        <w:shd w:val="clear" w:color="auto" w:fill="94969C" w:themeFill="text1" w:themeFillTint="7F"/>
      </w:tcPr>
    </w:tblStylePr>
    <w:tblStylePr w:type="neCell">
      <w:rPr>
        <w:color w:val="2F3033" w:themeColor="text1"/>
      </w:rPr>
    </w:tblStylePr>
    <w:tblStylePr w:type="nwCell">
      <w:rPr>
        <w:color w:val="2F3033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2F3033" w:themeColor="text1"/>
    </w:rPr>
    <w:tblPr>
      <w:tblStyleRowBandSize w:val="1"/>
      <w:tblStyleColBandSize w:val="1"/>
      <w:tblBorders>
        <w:top w:val="single" w:sz="24" w:space="0" w:color="C5D8FE" w:themeColor="accent2"/>
        <w:left w:val="single" w:sz="4" w:space="0" w:color="01256C" w:themeColor="accent1"/>
        <w:bottom w:val="single" w:sz="4" w:space="0" w:color="01256C" w:themeColor="accent1"/>
        <w:right w:val="single" w:sz="4" w:space="0" w:color="01256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E4FE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5D8F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164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1640" w:themeColor="accent1" w:themeShade="99"/>
          <w:insideV w:val="nil"/>
        </w:tcBorders>
        <w:shd w:val="clear" w:color="auto" w:fill="00164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640" w:themeFill="accent1" w:themeFillShade="99"/>
      </w:tcPr>
    </w:tblStylePr>
    <w:tblStylePr w:type="band1Vert">
      <w:tblPr/>
      <w:tcPr>
        <w:shd w:val="clear" w:color="auto" w:fill="5F94FD" w:themeFill="accent1" w:themeFillTint="66"/>
      </w:tcPr>
    </w:tblStylePr>
    <w:tblStylePr w:type="band1Horz">
      <w:tblPr/>
      <w:tcPr>
        <w:shd w:val="clear" w:color="auto" w:fill="387AFD" w:themeFill="accent1" w:themeFillTint="7F"/>
      </w:tcPr>
    </w:tblStylePr>
    <w:tblStylePr w:type="neCell">
      <w:rPr>
        <w:color w:val="2F3033" w:themeColor="text1"/>
      </w:rPr>
    </w:tblStylePr>
    <w:tblStylePr w:type="nwCell">
      <w:rPr>
        <w:color w:val="2F3033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2F3033" w:themeColor="text1"/>
    </w:rPr>
    <w:tblPr>
      <w:tblStyleRowBandSize w:val="1"/>
      <w:tblStyleColBandSize w:val="1"/>
      <w:tblBorders>
        <w:top w:val="single" w:sz="24" w:space="0" w:color="C5D8FE" w:themeColor="accent2"/>
        <w:left w:val="single" w:sz="4" w:space="0" w:color="C5D8FE" w:themeColor="accent2"/>
        <w:bottom w:val="single" w:sz="4" w:space="0" w:color="C5D8FE" w:themeColor="accent2"/>
        <w:right w:val="single" w:sz="4" w:space="0" w:color="C5D8FE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B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5D8F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360F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360FB" w:themeColor="accent2" w:themeShade="99"/>
          <w:insideV w:val="nil"/>
        </w:tcBorders>
        <w:shd w:val="clear" w:color="auto" w:fill="1360F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60FB" w:themeFill="accent2" w:themeFillShade="99"/>
      </w:tcPr>
    </w:tblStylePr>
    <w:tblStylePr w:type="band1Vert">
      <w:tblPr/>
      <w:tcPr>
        <w:shd w:val="clear" w:color="auto" w:fill="E7EFFE" w:themeFill="accent2" w:themeFillTint="66"/>
      </w:tcPr>
    </w:tblStylePr>
    <w:tblStylePr w:type="band1Horz">
      <w:tblPr/>
      <w:tcPr>
        <w:shd w:val="clear" w:color="auto" w:fill="E1EBFE" w:themeFill="accent2" w:themeFillTint="7F"/>
      </w:tcPr>
    </w:tblStylePr>
    <w:tblStylePr w:type="neCell">
      <w:rPr>
        <w:color w:val="2F3033" w:themeColor="text1"/>
      </w:rPr>
    </w:tblStylePr>
    <w:tblStylePr w:type="nwCell">
      <w:rPr>
        <w:color w:val="2F3033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2F3033" w:themeColor="text1"/>
    </w:rPr>
    <w:tblPr>
      <w:tblStyleRowBandSize w:val="1"/>
      <w:tblStyleColBandSize w:val="1"/>
      <w:tblBorders>
        <w:top w:val="single" w:sz="24" w:space="0" w:color="FFFFFF" w:themeColor="accent4"/>
        <w:left w:val="single" w:sz="4" w:space="0" w:color="FD039D" w:themeColor="accent3"/>
        <w:bottom w:val="single" w:sz="4" w:space="0" w:color="FD039D" w:themeColor="accent3"/>
        <w:right w:val="single" w:sz="4" w:space="0" w:color="FD039D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E6F5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F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8015E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8015E" w:themeColor="accent3" w:themeShade="99"/>
          <w:insideV w:val="nil"/>
        </w:tcBorders>
        <w:shd w:val="clear" w:color="auto" w:fill="98015E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8015E" w:themeFill="accent3" w:themeFillShade="99"/>
      </w:tcPr>
    </w:tblStylePr>
    <w:tblStylePr w:type="band1Vert">
      <w:tblPr/>
      <w:tcPr>
        <w:shd w:val="clear" w:color="auto" w:fill="FE9AD7" w:themeFill="accent3" w:themeFillTint="66"/>
      </w:tcPr>
    </w:tblStylePr>
    <w:tblStylePr w:type="band1Horz">
      <w:tblPr/>
      <w:tcPr>
        <w:shd w:val="clear" w:color="auto" w:fill="FE81CE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2F3033" w:themeColor="text1"/>
    </w:rPr>
    <w:tblPr>
      <w:tblStyleRowBandSize w:val="1"/>
      <w:tblStyleColBandSize w:val="1"/>
      <w:tblBorders>
        <w:top w:val="single" w:sz="24" w:space="0" w:color="FD039D" w:themeColor="accent3"/>
        <w:left w:val="single" w:sz="4" w:space="0" w:color="FFFFFF" w:themeColor="accent4"/>
        <w:bottom w:val="single" w:sz="4" w:space="0" w:color="FFFFFF" w:themeColor="accent4"/>
        <w:right w:val="single" w:sz="4" w:space="0" w:color="FFFFFF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F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D039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99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99" w:themeColor="accent4" w:themeShade="99"/>
          <w:insideV w:val="nil"/>
        </w:tcBorders>
        <w:shd w:val="clear" w:color="auto" w:fill="999999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99" w:themeFill="accent4" w:themeFillShade="99"/>
      </w:tcPr>
    </w:tblStylePr>
    <w:tblStylePr w:type="band1Vert">
      <w:tblPr/>
      <w:tcPr>
        <w:shd w:val="clear" w:color="auto" w:fill="FFFFFF" w:themeFill="accent4" w:themeFillTint="66"/>
      </w:tcPr>
    </w:tblStylePr>
    <w:tblStylePr w:type="band1Horz">
      <w:tblPr/>
      <w:tcPr>
        <w:shd w:val="clear" w:color="auto" w:fill="FFFFFF" w:themeFill="accent4" w:themeFillTint="7F"/>
      </w:tcPr>
    </w:tblStylePr>
    <w:tblStylePr w:type="neCell">
      <w:rPr>
        <w:color w:val="2F3033" w:themeColor="text1"/>
      </w:rPr>
    </w:tblStylePr>
    <w:tblStylePr w:type="nwCell">
      <w:rPr>
        <w:color w:val="2F3033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2F3033" w:themeColor="text1"/>
    </w:rPr>
    <w:tblPr>
      <w:tblStyleRowBandSize w:val="1"/>
      <w:tblStyleColBandSize w:val="1"/>
      <w:tblBorders>
        <w:top w:val="single" w:sz="24" w:space="0" w:color="D9D9D9" w:themeColor="accent6"/>
        <w:left w:val="single" w:sz="4" w:space="0" w:color="2F3033" w:themeColor="accent5"/>
        <w:bottom w:val="single" w:sz="4" w:space="0" w:color="2F3033" w:themeColor="accent5"/>
        <w:right w:val="single" w:sz="4" w:space="0" w:color="2F303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EAE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9D9D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C1C1E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C1C1E" w:themeColor="accent5" w:themeShade="99"/>
          <w:insideV w:val="nil"/>
        </w:tcBorders>
        <w:shd w:val="clear" w:color="auto" w:fill="1C1C1E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1C1E" w:themeFill="accent5" w:themeFillShade="99"/>
      </w:tcPr>
    </w:tblStylePr>
    <w:tblStylePr w:type="band1Vert">
      <w:tblPr/>
      <w:tcPr>
        <w:shd w:val="clear" w:color="auto" w:fill="A9AAB0" w:themeFill="accent5" w:themeFillTint="66"/>
      </w:tcPr>
    </w:tblStylePr>
    <w:tblStylePr w:type="band1Horz">
      <w:tblPr/>
      <w:tcPr>
        <w:shd w:val="clear" w:color="auto" w:fill="94969C" w:themeFill="accent5" w:themeFillTint="7F"/>
      </w:tcPr>
    </w:tblStylePr>
    <w:tblStylePr w:type="neCell">
      <w:rPr>
        <w:color w:val="2F3033" w:themeColor="text1"/>
      </w:rPr>
    </w:tblStylePr>
    <w:tblStylePr w:type="nwCell">
      <w:rPr>
        <w:color w:val="2F3033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2F3033" w:themeColor="text1"/>
    </w:rPr>
    <w:tblPr>
      <w:tblStyleRowBandSize w:val="1"/>
      <w:tblStyleColBandSize w:val="1"/>
      <w:tblBorders>
        <w:top w:val="single" w:sz="24" w:space="0" w:color="2F3033" w:themeColor="accent5"/>
        <w:left w:val="single" w:sz="4" w:space="0" w:color="D9D9D9" w:themeColor="accent6"/>
        <w:bottom w:val="single" w:sz="4" w:space="0" w:color="D9D9D9" w:themeColor="accent6"/>
        <w:right w:val="single" w:sz="4" w:space="0" w:color="D9D9D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F303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2828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28282" w:themeColor="accent6" w:themeShade="99"/>
          <w:insideV w:val="nil"/>
        </w:tcBorders>
        <w:shd w:val="clear" w:color="auto" w:fill="82828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28282" w:themeFill="accent6" w:themeFillShade="99"/>
      </w:tcPr>
    </w:tblStylePr>
    <w:tblStylePr w:type="band1Vert">
      <w:tblPr/>
      <w:tcPr>
        <w:shd w:val="clear" w:color="auto" w:fill="EFEFEF" w:themeFill="accent6" w:themeFillTint="66"/>
      </w:tcPr>
    </w:tblStylePr>
    <w:tblStylePr w:type="band1Horz">
      <w:tblPr/>
      <w:tcPr>
        <w:shd w:val="clear" w:color="auto" w:fill="ECECEC" w:themeFill="accent6" w:themeFillTint="7F"/>
      </w:tcPr>
    </w:tblStylePr>
    <w:tblStylePr w:type="neCell">
      <w:rPr>
        <w:color w:val="2F3033" w:themeColor="text1"/>
      </w:rPr>
    </w:tblStylePr>
    <w:tblStylePr w:type="nwCell">
      <w:rPr>
        <w:color w:val="2F3033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2F3033" w:themeColor="text1"/>
    </w:rPr>
    <w:tblPr>
      <w:tblStyleRowBandSize w:val="1"/>
      <w:tblStyleColBandSize w:val="1"/>
    </w:tblPr>
    <w:tcPr>
      <w:shd w:val="clear" w:color="auto" w:fill="E9EAEB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C9CFC" w:themeFill="accent2" w:themeFillShade="CC"/>
      </w:tcPr>
    </w:tblStylePr>
    <w:tblStylePr w:type="lastRow">
      <w:rPr>
        <w:b/>
        <w:bCs/>
        <w:color w:val="6C9CFC" w:themeColor="accent2" w:themeShade="CC"/>
      </w:rPr>
      <w:tblPr/>
      <w:tcPr>
        <w:tcBorders>
          <w:top w:val="single" w:sz="12" w:space="0" w:color="2F303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CACE" w:themeFill="text1" w:themeFillTint="3F"/>
      </w:tcPr>
    </w:tblStylePr>
    <w:tblStylePr w:type="band1Horz">
      <w:tblPr/>
      <w:tcPr>
        <w:shd w:val="clear" w:color="auto" w:fill="D3D4D7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2F3033" w:themeColor="text1"/>
    </w:rPr>
    <w:tblPr>
      <w:tblStyleRowBandSize w:val="1"/>
      <w:tblStyleColBandSize w:val="1"/>
    </w:tblPr>
    <w:tcPr>
      <w:shd w:val="clear" w:color="auto" w:fill="D8E4FE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C9CFC" w:themeFill="accent2" w:themeFillShade="CC"/>
      </w:tcPr>
    </w:tblStylePr>
    <w:tblStylePr w:type="lastRow">
      <w:rPr>
        <w:b/>
        <w:bCs/>
        <w:color w:val="6C9CFC" w:themeColor="accent2" w:themeShade="CC"/>
      </w:rPr>
      <w:tblPr/>
      <w:tcPr>
        <w:tcBorders>
          <w:top w:val="single" w:sz="12" w:space="0" w:color="2F303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BDFE" w:themeFill="accent1" w:themeFillTint="3F"/>
      </w:tcPr>
    </w:tblStylePr>
    <w:tblStylePr w:type="band1Horz">
      <w:tblPr/>
      <w:tcPr>
        <w:shd w:val="clear" w:color="auto" w:fill="AFC9FE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2F3033" w:themeColor="text1"/>
    </w:rPr>
    <w:tblPr>
      <w:tblStyleRowBandSize w:val="1"/>
      <w:tblStyleColBandSize w:val="1"/>
    </w:tblPr>
    <w:tcPr>
      <w:shd w:val="clear" w:color="auto" w:fill="F9FB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C9CFC" w:themeFill="accent2" w:themeFillShade="CC"/>
      </w:tcPr>
    </w:tblStylePr>
    <w:tblStylePr w:type="lastRow">
      <w:rPr>
        <w:b/>
        <w:bCs/>
        <w:color w:val="6C9CFC" w:themeColor="accent2" w:themeShade="CC"/>
      </w:rPr>
      <w:tblPr/>
      <w:tcPr>
        <w:tcBorders>
          <w:top w:val="single" w:sz="12" w:space="0" w:color="2F303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F5FE" w:themeFill="accent2" w:themeFillTint="3F"/>
      </w:tcPr>
    </w:tblStylePr>
    <w:tblStylePr w:type="band1Horz">
      <w:tblPr/>
      <w:tcPr>
        <w:shd w:val="clear" w:color="auto" w:fill="F3F7FE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2F3033" w:themeColor="text1"/>
    </w:rPr>
    <w:tblPr>
      <w:tblStyleRowBandSize w:val="1"/>
      <w:tblStyleColBandSize w:val="1"/>
    </w:tblPr>
    <w:tcPr>
      <w:shd w:val="clear" w:color="auto" w:fill="FEE6F5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CC" w:themeFill="accent4" w:themeFillShade="CC"/>
      </w:tcPr>
    </w:tblStylePr>
    <w:tblStylePr w:type="lastRow">
      <w:rPr>
        <w:b/>
        <w:bCs/>
        <w:color w:val="CCCCCC" w:themeColor="accent4" w:themeShade="CC"/>
      </w:rPr>
      <w:tblPr/>
      <w:tcPr>
        <w:tcBorders>
          <w:top w:val="single" w:sz="12" w:space="0" w:color="2F303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C0E6" w:themeFill="accent3" w:themeFillTint="3F"/>
      </w:tcPr>
    </w:tblStylePr>
    <w:tblStylePr w:type="band1Horz">
      <w:tblPr/>
      <w:tcPr>
        <w:shd w:val="clear" w:color="auto" w:fill="FECCEB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2F3033" w:themeColor="text1"/>
    </w:rPr>
    <w:tblPr>
      <w:tblStyleRowBandSize w:val="1"/>
      <w:tblStyleColBandSize w:val="1"/>
    </w:tblPr>
    <w:tcPr>
      <w:shd w:val="clear" w:color="auto" w:fill="FFFFF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A017D" w:themeFill="accent3" w:themeFillShade="CC"/>
      </w:tcPr>
    </w:tblStylePr>
    <w:tblStylePr w:type="lastRow">
      <w:rPr>
        <w:b/>
        <w:bCs/>
        <w:color w:val="CA017D" w:themeColor="accent3" w:themeShade="CC"/>
      </w:rPr>
      <w:tblPr/>
      <w:tcPr>
        <w:tcBorders>
          <w:top w:val="single" w:sz="12" w:space="0" w:color="2F303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4" w:themeFillTint="3F"/>
      </w:tcPr>
    </w:tblStylePr>
    <w:tblStylePr w:type="band1Horz">
      <w:tblPr/>
      <w:tcPr>
        <w:shd w:val="clear" w:color="auto" w:fill="FFFFFF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2F3033" w:themeColor="text1"/>
    </w:rPr>
    <w:tblPr>
      <w:tblStyleRowBandSize w:val="1"/>
      <w:tblStyleColBandSize w:val="1"/>
    </w:tblPr>
    <w:tcPr>
      <w:shd w:val="clear" w:color="auto" w:fill="E9EAE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DADAD" w:themeFill="accent6" w:themeFillShade="CC"/>
      </w:tcPr>
    </w:tblStylePr>
    <w:tblStylePr w:type="lastRow">
      <w:rPr>
        <w:b/>
        <w:bCs/>
        <w:color w:val="ADADAD" w:themeColor="accent6" w:themeShade="CC"/>
      </w:rPr>
      <w:tblPr/>
      <w:tcPr>
        <w:tcBorders>
          <w:top w:val="single" w:sz="12" w:space="0" w:color="2F303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CACE" w:themeFill="accent5" w:themeFillTint="3F"/>
      </w:tcPr>
    </w:tblStylePr>
    <w:tblStylePr w:type="band1Horz">
      <w:tblPr/>
      <w:tcPr>
        <w:shd w:val="clear" w:color="auto" w:fill="D3D4D7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2F3033" w:themeColor="text1"/>
    </w:rPr>
    <w:tblPr>
      <w:tblStyleRowBandSize w:val="1"/>
      <w:tblStyleColBandSize w:val="1"/>
    </w:tblPr>
    <w:tcPr>
      <w:shd w:val="clear" w:color="auto" w:fill="FBFBFB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52628" w:themeFill="accent5" w:themeFillShade="CC"/>
      </w:tcPr>
    </w:tblStylePr>
    <w:tblStylePr w:type="lastRow">
      <w:rPr>
        <w:b/>
        <w:bCs/>
        <w:color w:val="252628" w:themeColor="accent5" w:themeShade="CC"/>
      </w:rPr>
      <w:tblPr/>
      <w:tcPr>
        <w:tcBorders>
          <w:top w:val="single" w:sz="12" w:space="0" w:color="2F303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F5F5" w:themeFill="accent6" w:themeFillTint="3F"/>
      </w:tcPr>
    </w:tblStylePr>
    <w:tblStylePr w:type="band1Horz">
      <w:tblPr/>
      <w:tcPr>
        <w:shd w:val="clear" w:color="auto" w:fill="F7F7F7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2F303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3D4D7" w:themeFill="text1" w:themeFillTint="33"/>
    </w:tcPr>
    <w:tblStylePr w:type="firstRow">
      <w:rPr>
        <w:b/>
        <w:bCs/>
      </w:rPr>
      <w:tblPr/>
      <w:tcPr>
        <w:shd w:val="clear" w:color="auto" w:fill="A9AAB0" w:themeFill="text1" w:themeFillTint="66"/>
      </w:tcPr>
    </w:tblStylePr>
    <w:tblStylePr w:type="lastRow">
      <w:rPr>
        <w:b/>
        <w:bCs/>
        <w:color w:val="2F3033" w:themeColor="text1"/>
      </w:rPr>
      <w:tblPr/>
      <w:tcPr>
        <w:shd w:val="clear" w:color="auto" w:fill="A9AAB0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232326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232326" w:themeFill="text1" w:themeFillShade="BF"/>
      </w:tcPr>
    </w:tblStylePr>
    <w:tblStylePr w:type="band1Vert">
      <w:tblPr/>
      <w:tcPr>
        <w:shd w:val="clear" w:color="auto" w:fill="94969C" w:themeFill="text1" w:themeFillTint="7F"/>
      </w:tcPr>
    </w:tblStylePr>
    <w:tblStylePr w:type="band1Horz">
      <w:tblPr/>
      <w:tcPr>
        <w:shd w:val="clear" w:color="auto" w:fill="94969C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2F303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FC9FE" w:themeFill="accent1" w:themeFillTint="33"/>
    </w:tcPr>
    <w:tblStylePr w:type="firstRow">
      <w:rPr>
        <w:b/>
        <w:bCs/>
      </w:rPr>
      <w:tblPr/>
      <w:tcPr>
        <w:shd w:val="clear" w:color="auto" w:fill="5F94FD" w:themeFill="accent1" w:themeFillTint="66"/>
      </w:tcPr>
    </w:tblStylePr>
    <w:tblStylePr w:type="lastRow">
      <w:rPr>
        <w:b/>
        <w:bCs/>
        <w:color w:val="2F3033" w:themeColor="text1"/>
      </w:rPr>
      <w:tblPr/>
      <w:tcPr>
        <w:shd w:val="clear" w:color="auto" w:fill="5F94FD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1B5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1B50" w:themeFill="accent1" w:themeFillShade="BF"/>
      </w:tcPr>
    </w:tblStylePr>
    <w:tblStylePr w:type="band1Vert">
      <w:tblPr/>
      <w:tcPr>
        <w:shd w:val="clear" w:color="auto" w:fill="387AFD" w:themeFill="accent1" w:themeFillTint="7F"/>
      </w:tcPr>
    </w:tblStylePr>
    <w:tblStylePr w:type="band1Horz">
      <w:tblPr/>
      <w:tcPr>
        <w:shd w:val="clear" w:color="auto" w:fill="387AFD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2F303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3F7FE" w:themeFill="accent2" w:themeFillTint="33"/>
    </w:tcPr>
    <w:tblStylePr w:type="firstRow">
      <w:rPr>
        <w:b/>
        <w:bCs/>
      </w:rPr>
      <w:tblPr/>
      <w:tcPr>
        <w:shd w:val="clear" w:color="auto" w:fill="E7EFFE" w:themeFill="accent2" w:themeFillTint="66"/>
      </w:tcPr>
    </w:tblStylePr>
    <w:tblStylePr w:type="lastRow">
      <w:rPr>
        <w:b/>
        <w:bCs/>
        <w:color w:val="2F3033" w:themeColor="text1"/>
      </w:rPr>
      <w:tblPr/>
      <w:tcPr>
        <w:shd w:val="clear" w:color="auto" w:fill="E7EFFE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558DFC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558DFC" w:themeFill="accent2" w:themeFillShade="BF"/>
      </w:tcPr>
    </w:tblStylePr>
    <w:tblStylePr w:type="band1Vert">
      <w:tblPr/>
      <w:tcPr>
        <w:shd w:val="clear" w:color="auto" w:fill="E1EBFE" w:themeFill="accent2" w:themeFillTint="7F"/>
      </w:tcPr>
    </w:tblStylePr>
    <w:tblStylePr w:type="band1Horz">
      <w:tblPr/>
      <w:tcPr>
        <w:shd w:val="clear" w:color="auto" w:fill="E1EBFE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2F303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CCEB" w:themeFill="accent3" w:themeFillTint="33"/>
    </w:tcPr>
    <w:tblStylePr w:type="firstRow">
      <w:rPr>
        <w:b/>
        <w:bCs/>
      </w:rPr>
      <w:tblPr/>
      <w:tcPr>
        <w:shd w:val="clear" w:color="auto" w:fill="FE9AD7" w:themeFill="accent3" w:themeFillTint="66"/>
      </w:tcPr>
    </w:tblStylePr>
    <w:tblStylePr w:type="lastRow">
      <w:rPr>
        <w:b/>
        <w:bCs/>
        <w:color w:val="2F3033" w:themeColor="text1"/>
      </w:rPr>
      <w:tblPr/>
      <w:tcPr>
        <w:shd w:val="clear" w:color="auto" w:fill="FE9AD7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E0175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E0175" w:themeFill="accent3" w:themeFillShade="BF"/>
      </w:tcPr>
    </w:tblStylePr>
    <w:tblStylePr w:type="band1Vert">
      <w:tblPr/>
      <w:tcPr>
        <w:shd w:val="clear" w:color="auto" w:fill="FE81CE" w:themeFill="accent3" w:themeFillTint="7F"/>
      </w:tcPr>
    </w:tblStylePr>
    <w:tblStylePr w:type="band1Horz">
      <w:tblPr/>
      <w:tcPr>
        <w:shd w:val="clear" w:color="auto" w:fill="FE81CE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2F303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FF" w:themeFill="accent4" w:themeFillTint="33"/>
    </w:tcPr>
    <w:tblStylePr w:type="firstRow">
      <w:rPr>
        <w:b/>
        <w:bCs/>
      </w:rPr>
      <w:tblPr/>
      <w:tcPr>
        <w:shd w:val="clear" w:color="auto" w:fill="FFFFFF" w:themeFill="accent4" w:themeFillTint="66"/>
      </w:tcPr>
    </w:tblStylePr>
    <w:tblStylePr w:type="lastRow">
      <w:rPr>
        <w:b/>
        <w:bCs/>
        <w:color w:val="2F3033" w:themeColor="text1"/>
      </w:rPr>
      <w:tblPr/>
      <w:tcPr>
        <w:shd w:val="clear" w:color="auto" w:fill="FFFF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BFB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BFBF" w:themeFill="accent4" w:themeFillShade="BF"/>
      </w:tcPr>
    </w:tblStylePr>
    <w:tblStylePr w:type="band1Vert">
      <w:tblPr/>
      <w:tcPr>
        <w:shd w:val="clear" w:color="auto" w:fill="FFFFFF" w:themeFill="accent4" w:themeFillTint="7F"/>
      </w:tcPr>
    </w:tblStylePr>
    <w:tblStylePr w:type="band1Horz">
      <w:tblPr/>
      <w:tcPr>
        <w:shd w:val="clear" w:color="auto" w:fill="FFFFFF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2F303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3D4D7" w:themeFill="accent5" w:themeFillTint="33"/>
    </w:tcPr>
    <w:tblStylePr w:type="firstRow">
      <w:rPr>
        <w:b/>
        <w:bCs/>
      </w:rPr>
      <w:tblPr/>
      <w:tcPr>
        <w:shd w:val="clear" w:color="auto" w:fill="A9AAB0" w:themeFill="accent5" w:themeFillTint="66"/>
      </w:tcPr>
    </w:tblStylePr>
    <w:tblStylePr w:type="lastRow">
      <w:rPr>
        <w:b/>
        <w:bCs/>
        <w:color w:val="2F3033" w:themeColor="text1"/>
      </w:rPr>
      <w:tblPr/>
      <w:tcPr>
        <w:shd w:val="clear" w:color="auto" w:fill="A9AAB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3232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32326" w:themeFill="accent5" w:themeFillShade="BF"/>
      </w:tcPr>
    </w:tblStylePr>
    <w:tblStylePr w:type="band1Vert">
      <w:tblPr/>
      <w:tcPr>
        <w:shd w:val="clear" w:color="auto" w:fill="94969C" w:themeFill="accent5" w:themeFillTint="7F"/>
      </w:tcPr>
    </w:tblStylePr>
    <w:tblStylePr w:type="band1Horz">
      <w:tblPr/>
      <w:tcPr>
        <w:shd w:val="clear" w:color="auto" w:fill="94969C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2F303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F7F7" w:themeFill="accent6" w:themeFillTint="33"/>
    </w:tcPr>
    <w:tblStylePr w:type="firstRow">
      <w:rPr>
        <w:b/>
        <w:bCs/>
      </w:rPr>
      <w:tblPr/>
      <w:tcPr>
        <w:shd w:val="clear" w:color="auto" w:fill="EFEFEF" w:themeFill="accent6" w:themeFillTint="66"/>
      </w:tcPr>
    </w:tblStylePr>
    <w:tblStylePr w:type="lastRow">
      <w:rPr>
        <w:b/>
        <w:bCs/>
        <w:color w:val="2F3033" w:themeColor="text1"/>
      </w:rPr>
      <w:tblPr/>
      <w:tcPr>
        <w:shd w:val="clear" w:color="auto" w:fill="EFEFE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A2A2A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A2A2A2" w:themeFill="accent6" w:themeFillShade="BF"/>
      </w:tcPr>
    </w:tblStylePr>
    <w:tblStylePr w:type="band1Vert">
      <w:tblPr/>
      <w:tcPr>
        <w:shd w:val="clear" w:color="auto" w:fill="ECECEC" w:themeFill="accent6" w:themeFillTint="7F"/>
      </w:tcPr>
    </w:tblStylePr>
    <w:tblStylePr w:type="band1Horz">
      <w:tblPr/>
      <w:tcPr>
        <w:shd w:val="clear" w:color="auto" w:fill="ECECEC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Extended Frames">
      <a:dk1>
        <a:srgbClr val="2F3033"/>
      </a:dk1>
      <a:lt1>
        <a:sysClr val="window" lastClr="FFFFFF"/>
      </a:lt1>
      <a:dk2>
        <a:srgbClr val="024AD8"/>
      </a:dk2>
      <a:lt2>
        <a:srgbClr val="FFFFFF"/>
      </a:lt2>
      <a:accent1>
        <a:srgbClr val="01256C"/>
      </a:accent1>
      <a:accent2>
        <a:srgbClr val="C5D8FE"/>
      </a:accent2>
      <a:accent3>
        <a:srgbClr val="FD039D"/>
      </a:accent3>
      <a:accent4>
        <a:srgbClr val="FFFFFF"/>
      </a:accent4>
      <a:accent5>
        <a:srgbClr val="2F3033"/>
      </a:accent5>
      <a:accent6>
        <a:srgbClr val="D9D9D9"/>
      </a:accent6>
      <a:hlink>
        <a:srgbClr val="024AD8"/>
      </a:hlink>
      <a:folHlink>
        <a:srgbClr val="C5D8FE"/>
      </a:folHlink>
    </a:clrScheme>
    <a:fontScheme name="Extended Frames">
      <a:majorFont>
        <a:latin typeface="Roboto Medium"/>
        <a:ea typeface=""/>
        <a:cs typeface=""/>
      </a:majorFont>
      <a:minorFont>
        <a:latin typeface="Robo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491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Julbenson Hujon</cp:lastModifiedBy>
  <cp:revision>16</cp:revision>
  <dcterms:created xsi:type="dcterms:W3CDTF">2013-12-23T23:15:00Z</dcterms:created>
  <dcterms:modified xsi:type="dcterms:W3CDTF">2026-10-26T16:05:00Z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35ed0ab8-5859-4bca-b00d-5b3a54c6906b</vt:lpwstr>
  </property>
</Properties>
</file>